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751A48" w14:textId="77777777" w:rsidR="00D21B44" w:rsidRPr="00172323" w:rsidRDefault="00000000" w:rsidP="00172323">
      <w:pPr>
        <w:pStyle w:val="Title"/>
      </w:pPr>
      <w:r w:rsidRPr="00172323">
        <w:t>First Name Last Name</w:t>
      </w:r>
    </w:p>
    <w:p w14:paraId="157E0ECE" w14:textId="0E036AF1" w:rsidR="00D21B44" w:rsidRPr="00C019D9" w:rsidRDefault="00000000" w:rsidP="00C019D9">
      <w:pPr>
        <w:spacing w:after="360"/>
        <w:rPr>
          <w:sz w:val="21"/>
          <w:szCs w:val="21"/>
        </w:rPr>
      </w:pPr>
      <w:r w:rsidRPr="00C019D9">
        <w:rPr>
          <w:sz w:val="21"/>
          <w:szCs w:val="21"/>
        </w:rPr>
        <w:t xml:space="preserve">1415 W. Wisconsin Ave.  Milwaukee, WI 53233  |  414-288-7423  |  </w:t>
      </w:r>
      <w:r w:rsidRPr="00C019D9">
        <w:rPr>
          <w:rStyle w:val="Hyperlink"/>
          <w:sz w:val="21"/>
          <w:szCs w:val="21"/>
        </w:rPr>
        <w:t>firstname.lastname@marquette.edu</w:t>
      </w:r>
    </w:p>
    <w:p w14:paraId="200AB5BA" w14:textId="77777777" w:rsidR="00D21B44" w:rsidRDefault="00000000">
      <w:pPr>
        <w:spacing w:after="240"/>
      </w:pPr>
      <w:r>
        <w:t>March xx, 20xx</w:t>
      </w:r>
    </w:p>
    <w:p w14:paraId="55EA5F96" w14:textId="77777777" w:rsidR="00D21B44" w:rsidRDefault="00000000">
      <w:pPr>
        <w:spacing w:after="0"/>
      </w:pPr>
      <w:r>
        <w:t>Hiring Manager</w:t>
      </w:r>
    </w:p>
    <w:p w14:paraId="1B61CE1E" w14:textId="77777777" w:rsidR="00D21B44" w:rsidRDefault="00000000">
      <w:pPr>
        <w:spacing w:after="0"/>
      </w:pPr>
      <w:r>
        <w:t>Alma Center, Inc.</w:t>
      </w:r>
    </w:p>
    <w:p w14:paraId="122D1976" w14:textId="77777777" w:rsidR="00D21B44" w:rsidRDefault="00000000">
      <w:pPr>
        <w:spacing w:after="0"/>
      </w:pPr>
      <w:r>
        <w:t>2568 N. Martin Luther King Dr.</w:t>
      </w:r>
    </w:p>
    <w:p w14:paraId="67367F0F" w14:textId="77777777" w:rsidR="00D21B44" w:rsidRDefault="00000000">
      <w:pPr>
        <w:spacing w:after="240"/>
      </w:pPr>
      <w:r>
        <w:t>Milwaukee, WI 53212</w:t>
      </w:r>
    </w:p>
    <w:p w14:paraId="30B54F52" w14:textId="77777777" w:rsidR="00D21B44" w:rsidRDefault="00000000">
      <w:pPr>
        <w:spacing w:after="240"/>
      </w:pPr>
      <w:r>
        <w:t>Dear Hiring Manager:</w:t>
      </w:r>
    </w:p>
    <w:p w14:paraId="36B0D3B5" w14:textId="77777777" w:rsidR="00D21B44" w:rsidRDefault="00000000">
      <w:pPr>
        <w:spacing w:after="160"/>
      </w:pPr>
      <w:r>
        <w:t>It is with great interest that I submit my application for the Case Manager-Life Skills Specialist position currently available with the Alma Center, as posted on the company website. Based on the position description given, I am confident that my skills and abilities are a good fit for this organization.</w:t>
      </w:r>
    </w:p>
    <w:p w14:paraId="38B69534" w14:textId="77777777" w:rsidR="00D21B44" w:rsidRDefault="00000000">
      <w:pPr>
        <w:spacing w:after="160"/>
      </w:pPr>
      <w:r>
        <w:t>The position of Case Manager-Life Skills Specialist at the Alma Center is very appealing to me for a number of reasons. The mission of the organization, to eliminate violence and abuse in intimate relationships, matches my personal values. One of my core beliefs is that peaceful interaction is always the best path, and being a part of an organization that also holds those beliefs is something I value highly. Having the opportunity to work with fathers to foster this belief directly is another strong point of interest regarding this position. My background is in working with children and teenagers at an environmental risk, and working with the Alma Center would provide me the opportunity to assist this client base, albeit in a different manner than in the past.</w:t>
      </w:r>
    </w:p>
    <w:p w14:paraId="4F86CC8C" w14:textId="77777777" w:rsidR="00D21B44" w:rsidRDefault="00000000">
      <w:pPr>
        <w:spacing w:after="160"/>
      </w:pPr>
      <w:r>
        <w:t>The traits I hold match very closely with those you seek in a Case Manager-Life Skills Specialist. Through my internships I have had the opportunity to work in case management at South Shore Teen Rehabilitation Center, with public welfare programs. The skills I developed in this role are all important traits for any counselor to have, and especially for a Life Skills Counselor. During my time at South Shore, I handled numerous case files, working with teenagers to overcome drug and alcohol addictions. This experience taught me the value of remaining open-minded and compassionate while maintaining a positive attitude, so I can best assist clients to receive the aid they require.</w:t>
      </w:r>
    </w:p>
    <w:p w14:paraId="0161FCD7" w14:textId="77777777" w:rsidR="00D21B44" w:rsidRDefault="00000000">
      <w:pPr>
        <w:spacing w:after="160"/>
      </w:pPr>
      <w:r>
        <w:t xml:space="preserve">My experience and strong desire to make a difference make me an excellent candidate for the position of Case Manager-Life Skills Specialist. I look forward to the opportunity to speak with you soon. If you have any questions regarding my documents or qualifications, please contact me at 414-288-7423 or through email at </w:t>
      </w:r>
      <w:r w:rsidRPr="0089277B">
        <w:rPr>
          <w:rStyle w:val="Hyperlink"/>
        </w:rPr>
        <w:t>firstname.lastname@marquette.edu</w:t>
      </w:r>
      <w:r>
        <w:t>. Thank you for your time and consideration.</w:t>
      </w:r>
    </w:p>
    <w:p w14:paraId="272D7FC0" w14:textId="77777777" w:rsidR="00D21B44" w:rsidRDefault="00000000">
      <w:pPr>
        <w:spacing w:after="560"/>
      </w:pPr>
      <w:r>
        <w:t>Sincerely,</w:t>
      </w:r>
    </w:p>
    <w:p w14:paraId="178AB2B5" w14:textId="77777777" w:rsidR="00D21B44" w:rsidRDefault="00000000">
      <w:pPr>
        <w:spacing w:after="0"/>
      </w:pPr>
      <w:r>
        <w:t>First Name Last Name</w:t>
      </w:r>
    </w:p>
    <w:sectPr w:rsidR="00D21B44" w:rsidSect="00034616">
      <w:pgSz w:w="12240" w:h="15840"/>
      <w:pgMar w:top="1080" w:right="1080" w:bottom="1080" w:left="108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6030504020204"/>
    <w:charset w:val="00"/>
    <w:family w:val="auto"/>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0139018">
    <w:abstractNumId w:val="8"/>
  </w:num>
  <w:num w:numId="2" w16cid:durableId="1320646975">
    <w:abstractNumId w:val="6"/>
  </w:num>
  <w:num w:numId="3" w16cid:durableId="1272932054">
    <w:abstractNumId w:val="5"/>
  </w:num>
  <w:num w:numId="4" w16cid:durableId="415127864">
    <w:abstractNumId w:val="4"/>
  </w:num>
  <w:num w:numId="5" w16cid:durableId="33233512">
    <w:abstractNumId w:val="7"/>
  </w:num>
  <w:num w:numId="6" w16cid:durableId="92014720">
    <w:abstractNumId w:val="3"/>
  </w:num>
  <w:num w:numId="7" w16cid:durableId="1081675997">
    <w:abstractNumId w:val="2"/>
  </w:num>
  <w:num w:numId="8" w16cid:durableId="1658025383">
    <w:abstractNumId w:val="1"/>
  </w:num>
  <w:num w:numId="9" w16cid:durableId="19536353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49"/>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11C7"/>
    <w:rsid w:val="0015074B"/>
    <w:rsid w:val="00172323"/>
    <w:rsid w:val="0029639D"/>
    <w:rsid w:val="00326F90"/>
    <w:rsid w:val="0089277B"/>
    <w:rsid w:val="00A26495"/>
    <w:rsid w:val="00AA1D8D"/>
    <w:rsid w:val="00B47730"/>
    <w:rsid w:val="00C019D9"/>
    <w:rsid w:val="00CB0664"/>
    <w:rsid w:val="00D21B44"/>
    <w:rsid w:val="00EE54F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5919CF"/>
  <w14:defaultImageDpi w14:val="300"/>
  <w15:docId w15:val="{9929723D-A755-9F45-B65B-5D7815EB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Open Sans" w:eastAsia="Open Sans" w:hAnsi="Open Sans" w:cs="Open Sans"/>
    </w:rPr>
  </w:style>
  <w:style w:type="paragraph" w:styleId="Heading1">
    <w:name w:val="heading 1"/>
    <w:basedOn w:val="Normal"/>
    <w:next w:val="Normal"/>
    <w:link w:val="Heading1Char"/>
    <w:uiPriority w:val="9"/>
    <w:qFormat/>
    <w:rsid w:val="00C019D9"/>
    <w:pPr>
      <w:spacing w:after="40"/>
      <w:outlineLvl w:val="0"/>
    </w:pPr>
    <w:rPr>
      <w:rFonts w:ascii="Open Sans Light" w:hAnsi="Open Sans Light" w:cs="Open Sans Light"/>
      <w:b/>
      <w:bCs/>
      <w:sz w:val="30"/>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C019D9"/>
    <w:rPr>
      <w:rFonts w:ascii="Open Sans Light" w:eastAsia="Open Sans" w:hAnsi="Open Sans Light" w:cs="Open Sans Light"/>
      <w:b/>
      <w:bCs/>
      <w:sz w:val="30"/>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Heading1"/>
    <w:next w:val="Normal"/>
    <w:link w:val="TitleChar"/>
    <w:uiPriority w:val="10"/>
    <w:qFormat/>
    <w:rsid w:val="00172323"/>
  </w:style>
  <w:style w:type="character" w:customStyle="1" w:styleId="TitleChar">
    <w:name w:val="Title Char"/>
    <w:basedOn w:val="DefaultParagraphFont"/>
    <w:link w:val="Title"/>
    <w:uiPriority w:val="10"/>
    <w:rsid w:val="00172323"/>
    <w:rPr>
      <w:rFonts w:ascii="Open Sans Light" w:eastAsia="Open Sans" w:hAnsi="Open Sans Light" w:cs="Open Sans Light"/>
      <w:b/>
      <w:bCs/>
      <w:sz w:val="30"/>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019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390</Words>
  <Characters>2044</Characters>
  <Application>Microsoft Office Word</Application>
  <DocSecurity>0</DocSecurity>
  <Lines>35</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Novak, Mykl</cp:lastModifiedBy>
  <cp:revision>5</cp:revision>
  <dcterms:created xsi:type="dcterms:W3CDTF">2026-07-12T06:37:00Z</dcterms:created>
  <dcterms:modified xsi:type="dcterms:W3CDTF">2026-07-16T22:58:00Z</dcterms:modified>
  <cp:category/>
</cp:coreProperties>
</file>