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ABF882" w14:textId="77777777" w:rsidR="00CC3054" w:rsidRPr="00542EEB" w:rsidRDefault="00000000" w:rsidP="00542EEB">
      <w:pPr>
        <w:pStyle w:val="Title"/>
        <w:rPr>
          <w:rFonts w:ascii="Open Sans Medium" w:hAnsi="Open Sans Medium" w:cs="Open Sans Medium"/>
        </w:rPr>
      </w:pPr>
      <w:r w:rsidRPr="00542EEB">
        <w:rPr>
          <w:rFonts w:ascii="Open Sans Medium" w:hAnsi="Open Sans Medium" w:cs="Open Sans Medium"/>
        </w:rPr>
        <w:t>First Name Last Name</w:t>
      </w:r>
    </w:p>
    <w:p w14:paraId="446956A9" w14:textId="77777777" w:rsidR="00CC3054" w:rsidRPr="00542EEB" w:rsidRDefault="00000000">
      <w:pPr>
        <w:jc w:val="center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414.288.7423</w:t>
      </w:r>
    </w:p>
    <w:p w14:paraId="182E7D85" w14:textId="77777777" w:rsidR="00CC3054" w:rsidRPr="00542EEB" w:rsidRDefault="00000000">
      <w:pPr>
        <w:jc w:val="center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color w:val="0066CC"/>
          <w:sz w:val="22"/>
          <w:u w:val="single"/>
        </w:rPr>
        <w:t>firstname.lastname@marquette.edu</w:t>
      </w:r>
    </w:p>
    <w:p w14:paraId="4A920EEA" w14:textId="77777777" w:rsidR="00CC3054" w:rsidRPr="00542EEB" w:rsidRDefault="00000000">
      <w:pPr>
        <w:spacing w:after="160"/>
        <w:jc w:val="center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Milwaukee, WI</w:t>
      </w:r>
    </w:p>
    <w:p w14:paraId="6052F84E" w14:textId="77777777" w:rsidR="00CC3054" w:rsidRPr="00542EEB" w:rsidRDefault="00000000" w:rsidP="00C44B64">
      <w:pPr>
        <w:pStyle w:val="Heading1"/>
        <w:spacing w:before="160" w:after="40"/>
      </w:pPr>
      <w:r w:rsidRPr="00542EEB">
        <w:t>OBJECTIVE</w:t>
      </w:r>
    </w:p>
    <w:p w14:paraId="6A0CA53F" w14:textId="77777777" w:rsidR="00CC3054" w:rsidRPr="00542EEB" w:rsidRDefault="00000000">
      <w:pPr>
        <w:spacing w:after="40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Obtain a Resident Assistant position at Marquette University</w:t>
      </w:r>
    </w:p>
    <w:p w14:paraId="022C44B9" w14:textId="77777777" w:rsidR="00CC3054" w:rsidRPr="00542EEB" w:rsidRDefault="00000000" w:rsidP="00542EEB">
      <w:pPr>
        <w:pStyle w:val="Heading1"/>
      </w:pPr>
      <w:r w:rsidRPr="00542EEB">
        <w:t>EDUCATION</w:t>
      </w:r>
    </w:p>
    <w:p w14:paraId="775510B8" w14:textId="495661A6" w:rsidR="00CC3054" w:rsidRPr="00542EEB" w:rsidRDefault="00000000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b/>
          <w:bCs/>
          <w:sz w:val="22"/>
        </w:rPr>
        <w:t>Marquette University</w:t>
      </w:r>
      <w:r w:rsidRPr="00542EEB">
        <w:rPr>
          <w:rFonts w:ascii="Open Sans Light" w:hAnsi="Open Sans Light" w:cs="Open Sans Light"/>
          <w:sz w:val="22"/>
        </w:rPr>
        <w:t xml:space="preserve"> </w:t>
      </w:r>
      <w:r w:rsidR="008A7802" w:rsidRPr="00542EEB">
        <w:rPr>
          <w:rFonts w:ascii="Open Sans Light" w:hAnsi="Open Sans Light" w:cs="Open Sans Light"/>
          <w:sz w:val="22"/>
        </w:rPr>
        <w:t>–</w:t>
      </w:r>
      <w:r w:rsidRPr="00542EEB">
        <w:rPr>
          <w:rFonts w:ascii="Open Sans Light" w:hAnsi="Open Sans Light" w:cs="Open Sans Light"/>
          <w:sz w:val="22"/>
        </w:rPr>
        <w:t xml:space="preserve"> Milwaukee, WI</w:t>
      </w:r>
      <w:r w:rsidR="00C44B64">
        <w:rPr>
          <w:rFonts w:ascii="Open Sans Light" w:hAnsi="Open Sans Light" w:cs="Open Sans Light"/>
          <w:sz w:val="22"/>
        </w:rPr>
        <w:tab/>
      </w:r>
      <w:r w:rsidRPr="00542EEB">
        <w:rPr>
          <w:rFonts w:ascii="Open Sans Light" w:hAnsi="Open Sans Light" w:cs="Open Sans Light"/>
          <w:sz w:val="22"/>
        </w:rPr>
        <w:t>May 20xx</w:t>
      </w:r>
    </w:p>
    <w:p w14:paraId="156F66CC" w14:textId="77777777" w:rsidR="00CC3054" w:rsidRPr="00542EEB" w:rsidRDefault="00000000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Bachelor of Arts</w:t>
      </w:r>
      <w:r w:rsidRPr="00542EEB">
        <w:rPr>
          <w:rFonts w:ascii="Open Sans Light" w:hAnsi="Open Sans Light" w:cs="Open Sans Light"/>
          <w:sz w:val="22"/>
        </w:rPr>
        <w:tab/>
        <w:t>GPA: 3.876/4.0</w:t>
      </w:r>
    </w:p>
    <w:p w14:paraId="6DC76591" w14:textId="77777777" w:rsidR="00CC3054" w:rsidRPr="00542EEB" w:rsidRDefault="00000000">
      <w:pPr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Major: Undecided</w:t>
      </w:r>
    </w:p>
    <w:p w14:paraId="15905421" w14:textId="1460FBBB" w:rsidR="00CC3054" w:rsidRPr="00C44B64" w:rsidRDefault="00000000" w:rsidP="00C44B64">
      <w:pPr>
        <w:spacing w:after="60"/>
        <w:rPr>
          <w:rFonts w:ascii="Open Sans Light" w:hAnsi="Open Sans Light" w:cs="Open Sans Light"/>
          <w:i/>
          <w:iCs/>
          <w:sz w:val="22"/>
        </w:rPr>
      </w:pPr>
      <w:r w:rsidRPr="00C44B64">
        <w:rPr>
          <w:rFonts w:ascii="Open Sans Light" w:hAnsi="Open Sans Light" w:cs="Open Sans Light"/>
          <w:i/>
          <w:iCs/>
          <w:sz w:val="22"/>
        </w:rPr>
        <w:t>Awards and Scholarships: Dean’s List (Fall 20xx), Marquette Ignatius/Magis Scholarship</w:t>
      </w:r>
    </w:p>
    <w:p w14:paraId="5CF83168" w14:textId="77777777" w:rsidR="00CC3054" w:rsidRPr="00542EEB" w:rsidRDefault="00000000" w:rsidP="00542EEB">
      <w:pPr>
        <w:pStyle w:val="Heading1"/>
      </w:pPr>
      <w:r w:rsidRPr="00542EEB">
        <w:t>RELEVANT EXPERIENCE</w:t>
      </w:r>
    </w:p>
    <w:p w14:paraId="388C3E32" w14:textId="11ED08E8" w:rsidR="00CC3054" w:rsidRPr="00542EEB" w:rsidRDefault="00542EEB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b/>
          <w:bCs/>
          <w:sz w:val="22"/>
        </w:rPr>
        <w:t>Residence Life Leadership Board</w:t>
      </w:r>
      <w:r w:rsidRPr="00542EEB">
        <w:rPr>
          <w:rFonts w:ascii="Open Sans Light" w:hAnsi="Open Sans Light" w:cs="Open Sans Light"/>
          <w:sz w:val="22"/>
        </w:rPr>
        <w:t xml:space="preserve">, Marquette University </w:t>
      </w:r>
      <w:r w:rsidR="008A7802" w:rsidRPr="00542EEB">
        <w:rPr>
          <w:rFonts w:ascii="Open Sans Light" w:hAnsi="Open Sans Light" w:cs="Open Sans Light"/>
          <w:sz w:val="22"/>
        </w:rPr>
        <w:t>–</w:t>
      </w:r>
      <w:r w:rsidRPr="00542EEB">
        <w:rPr>
          <w:rFonts w:ascii="Open Sans Light" w:hAnsi="Open Sans Light" w:cs="Open Sans Light"/>
          <w:sz w:val="22"/>
        </w:rPr>
        <w:t xml:space="preserve"> Milwaukee, WI</w:t>
      </w:r>
      <w:r w:rsidRPr="00542EEB">
        <w:rPr>
          <w:rFonts w:ascii="Open Sans Light" w:hAnsi="Open Sans Light" w:cs="Open Sans Light"/>
          <w:sz w:val="22"/>
        </w:rPr>
        <w:tab/>
        <w:t>Sep. 20xx</w:t>
      </w:r>
      <w:r w:rsidR="008A7802">
        <w:rPr>
          <w:rFonts w:ascii="Open Sans Light" w:hAnsi="Open Sans Light" w:cs="Open Sans Light"/>
          <w:sz w:val="22"/>
        </w:rPr>
        <w:t xml:space="preserve"> </w:t>
      </w:r>
      <w:r w:rsidRPr="00542EEB">
        <w:rPr>
          <w:rFonts w:ascii="Open Sans Light" w:hAnsi="Open Sans Light" w:cs="Open Sans Light"/>
          <w:sz w:val="22"/>
        </w:rPr>
        <w:t>– Present</w:t>
      </w:r>
    </w:p>
    <w:p w14:paraId="773ACEB7" w14:textId="1E221DFE" w:rsidR="00CC3054" w:rsidRPr="00542EEB" w:rsidRDefault="00000000">
      <w:pPr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Abbot</w:t>
      </w:r>
      <w:r w:rsidR="00542EEB">
        <w:rPr>
          <w:rFonts w:ascii="Open Sans Light" w:hAnsi="Open Sans Light" w:cs="Open Sans Light"/>
          <w:sz w:val="22"/>
        </w:rPr>
        <w:t>t</w:t>
      </w:r>
      <w:r w:rsidRPr="00542EEB">
        <w:rPr>
          <w:rFonts w:ascii="Open Sans Light" w:hAnsi="Open Sans Light" w:cs="Open Sans Light"/>
          <w:sz w:val="22"/>
        </w:rPr>
        <w:t>sford</w:t>
      </w:r>
      <w:r w:rsidR="00542EEB">
        <w:rPr>
          <w:rFonts w:ascii="Open Sans Light" w:hAnsi="Open Sans Light" w:cs="Open Sans Light"/>
          <w:sz w:val="22"/>
        </w:rPr>
        <w:t xml:space="preserve"> Hall</w:t>
      </w:r>
      <w:r w:rsidRPr="00542EEB">
        <w:rPr>
          <w:rFonts w:ascii="Open Sans Light" w:hAnsi="Open Sans Light" w:cs="Open Sans Light"/>
          <w:sz w:val="22"/>
        </w:rPr>
        <w:t xml:space="preserve"> Floor 3 East Representative</w:t>
      </w:r>
    </w:p>
    <w:p w14:paraId="2619386B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Take initiative to inquire about floor residents’ needs and concerns to improve dorm experience</w:t>
      </w:r>
    </w:p>
    <w:p w14:paraId="309636F7" w14:textId="0E3E096C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Build rapport with residents and Abbo</w:t>
      </w:r>
      <w:r w:rsidR="00542EEB">
        <w:rPr>
          <w:rFonts w:ascii="Open Sans Light" w:hAnsi="Open Sans Light" w:cs="Open Sans Light"/>
          <w:sz w:val="22"/>
        </w:rPr>
        <w:t>t</w:t>
      </w:r>
      <w:r w:rsidRPr="00542EEB">
        <w:rPr>
          <w:rFonts w:ascii="Open Sans Light" w:hAnsi="Open Sans Light" w:cs="Open Sans Light"/>
          <w:sz w:val="22"/>
        </w:rPr>
        <w:t>tsford staff through positive attitude and enthusiasm</w:t>
      </w:r>
    </w:p>
    <w:p w14:paraId="0DC77042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Collaborate with group to build open, safe environment for all residents</w:t>
      </w:r>
    </w:p>
    <w:p w14:paraId="372A553D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Organize monthly hall events with team of 10 people to help establish sense of community</w:t>
      </w:r>
    </w:p>
    <w:p w14:paraId="6E14E704" w14:textId="77777777" w:rsidR="00CC3054" w:rsidRPr="00542EEB" w:rsidRDefault="00000000" w:rsidP="00542EEB">
      <w:pPr>
        <w:pStyle w:val="Heading1"/>
      </w:pPr>
      <w:r w:rsidRPr="00542EEB">
        <w:t>WORK EXPERIENCE</w:t>
      </w:r>
    </w:p>
    <w:p w14:paraId="32EF66D6" w14:textId="4D7B5976" w:rsidR="00CC3054" w:rsidRPr="00542EEB" w:rsidRDefault="00000000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b/>
          <w:bCs/>
          <w:sz w:val="22"/>
        </w:rPr>
        <w:t>Brew Café, Marquette University</w:t>
      </w:r>
      <w:r w:rsidRPr="00542EEB">
        <w:rPr>
          <w:rFonts w:ascii="Open Sans Light" w:hAnsi="Open Sans Light" w:cs="Open Sans Light"/>
          <w:sz w:val="22"/>
        </w:rPr>
        <w:t xml:space="preserve"> </w:t>
      </w:r>
      <w:r w:rsidR="00C44B64" w:rsidRPr="00542EEB">
        <w:rPr>
          <w:rFonts w:ascii="Open Sans Light" w:hAnsi="Open Sans Light" w:cs="Open Sans Light"/>
          <w:sz w:val="22"/>
        </w:rPr>
        <w:t>–</w:t>
      </w:r>
      <w:r w:rsidRPr="00542EEB">
        <w:rPr>
          <w:rFonts w:ascii="Open Sans Light" w:hAnsi="Open Sans Light" w:cs="Open Sans Light"/>
          <w:sz w:val="22"/>
        </w:rPr>
        <w:t xml:space="preserve"> Milwaukee, WI</w:t>
      </w:r>
      <w:r w:rsidRPr="00542EEB">
        <w:rPr>
          <w:rFonts w:ascii="Open Sans Light" w:hAnsi="Open Sans Light" w:cs="Open Sans Light"/>
          <w:sz w:val="22"/>
        </w:rPr>
        <w:tab/>
        <w:t>Sep. 20xx</w:t>
      </w:r>
      <w:r w:rsidR="008A7802">
        <w:rPr>
          <w:rFonts w:ascii="Open Sans Light" w:hAnsi="Open Sans Light" w:cs="Open Sans Light"/>
          <w:sz w:val="22"/>
        </w:rPr>
        <w:t xml:space="preserve"> </w:t>
      </w:r>
      <w:r w:rsidRPr="00542EEB">
        <w:rPr>
          <w:rFonts w:ascii="Open Sans Light" w:hAnsi="Open Sans Light" w:cs="Open Sans Light"/>
          <w:sz w:val="22"/>
        </w:rPr>
        <w:t>– Present</w:t>
      </w:r>
    </w:p>
    <w:p w14:paraId="2548E640" w14:textId="77777777" w:rsidR="00CC3054" w:rsidRPr="00542EEB" w:rsidRDefault="00000000">
      <w:pPr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Barista and Cashier</w:t>
      </w:r>
    </w:p>
    <w:p w14:paraId="78B5FC2A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Develop exceptional communication skills while interacting with diverse students, faculty, and community members</w:t>
      </w:r>
    </w:p>
    <w:p w14:paraId="7897CC11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Demonstrate responsibility and reliability through never missing a shift and arriving to work early</w:t>
      </w:r>
    </w:p>
    <w:p w14:paraId="727CAF45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Multitask and work efficiently while fulfilling multiple orders</w:t>
      </w:r>
    </w:p>
    <w:p w14:paraId="345CD717" w14:textId="77777777" w:rsidR="00CC3054" w:rsidRPr="00542EEB" w:rsidRDefault="00CC3054">
      <w:pPr>
        <w:spacing w:before="20" w:after="20"/>
        <w:rPr>
          <w:rFonts w:ascii="Open Sans Light" w:hAnsi="Open Sans Light" w:cs="Open Sans Light"/>
          <w:sz w:val="22"/>
        </w:rPr>
      </w:pPr>
    </w:p>
    <w:p w14:paraId="68B44BEB" w14:textId="1023F204" w:rsidR="00CC3054" w:rsidRPr="00542EEB" w:rsidRDefault="00000000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b/>
          <w:bCs/>
          <w:sz w:val="22"/>
        </w:rPr>
        <w:t>Rhee Household</w:t>
      </w:r>
      <w:r w:rsidRPr="00542EEB">
        <w:rPr>
          <w:rFonts w:ascii="Open Sans Light" w:hAnsi="Open Sans Light" w:cs="Open Sans Light"/>
          <w:sz w:val="22"/>
        </w:rPr>
        <w:t xml:space="preserve"> </w:t>
      </w:r>
      <w:r w:rsidR="00C44B64" w:rsidRPr="00542EEB">
        <w:rPr>
          <w:rFonts w:ascii="Open Sans Light" w:hAnsi="Open Sans Light" w:cs="Open Sans Light"/>
          <w:sz w:val="22"/>
        </w:rPr>
        <w:t>–</w:t>
      </w:r>
      <w:r w:rsidRPr="00542EEB">
        <w:rPr>
          <w:rFonts w:ascii="Open Sans Light" w:hAnsi="Open Sans Light" w:cs="Open Sans Light"/>
          <w:sz w:val="22"/>
        </w:rPr>
        <w:t xml:space="preserve"> Oak Creek, WI</w:t>
      </w:r>
      <w:r w:rsidRPr="00542EEB">
        <w:rPr>
          <w:rFonts w:ascii="Open Sans Light" w:hAnsi="Open Sans Light" w:cs="Open Sans Light"/>
          <w:sz w:val="22"/>
        </w:rPr>
        <w:tab/>
        <w:t>Jan. 20xx</w:t>
      </w:r>
      <w:r w:rsidR="008A7802">
        <w:rPr>
          <w:rFonts w:ascii="Open Sans Light" w:hAnsi="Open Sans Light" w:cs="Open Sans Light"/>
          <w:sz w:val="22"/>
        </w:rPr>
        <w:t xml:space="preserve"> </w:t>
      </w:r>
      <w:r w:rsidRPr="00542EEB">
        <w:rPr>
          <w:rFonts w:ascii="Open Sans Light" w:hAnsi="Open Sans Light" w:cs="Open Sans Light"/>
          <w:sz w:val="22"/>
        </w:rPr>
        <w:t>– Aug. 20xx</w:t>
      </w:r>
    </w:p>
    <w:p w14:paraId="67D169E9" w14:textId="77777777" w:rsidR="00CC3054" w:rsidRPr="00542EEB" w:rsidRDefault="00000000">
      <w:pPr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Childcare Provider</w:t>
      </w:r>
    </w:p>
    <w:p w14:paraId="67D8ECEE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Exhibited excellent work ethic by following all instructions regarding care of two children</w:t>
      </w:r>
    </w:p>
    <w:p w14:paraId="080645C6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Combined skills of patience and creativity to create fun, engaging activities</w:t>
      </w:r>
    </w:p>
    <w:p w14:paraId="73AF7233" w14:textId="77777777" w:rsidR="00CC3054" w:rsidRPr="00542EEB" w:rsidRDefault="00000000" w:rsidP="00542EEB">
      <w:pPr>
        <w:pStyle w:val="Heading1"/>
      </w:pPr>
      <w:r w:rsidRPr="00542EEB">
        <w:t>ADDITIONAL EXPERIENCE</w:t>
      </w:r>
    </w:p>
    <w:p w14:paraId="2CBD145A" w14:textId="4E083761" w:rsidR="00CC3054" w:rsidRPr="00542EEB" w:rsidRDefault="00000000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b/>
          <w:bCs/>
          <w:sz w:val="22"/>
        </w:rPr>
        <w:t>Midnight Run</w:t>
      </w:r>
      <w:r w:rsidRPr="00542EEB">
        <w:rPr>
          <w:rFonts w:ascii="Open Sans Light" w:hAnsi="Open Sans Light" w:cs="Open Sans Light"/>
          <w:sz w:val="22"/>
        </w:rPr>
        <w:t>, Marquette University – Milwaukee, WI</w:t>
      </w:r>
      <w:r w:rsidRPr="00542EEB">
        <w:rPr>
          <w:rFonts w:ascii="Open Sans Light" w:hAnsi="Open Sans Light" w:cs="Open Sans Light"/>
          <w:sz w:val="22"/>
        </w:rPr>
        <w:tab/>
        <w:t>Sep. 20xx</w:t>
      </w:r>
      <w:r w:rsidR="008A7802">
        <w:rPr>
          <w:rFonts w:ascii="Open Sans Light" w:hAnsi="Open Sans Light" w:cs="Open Sans Light"/>
          <w:sz w:val="22"/>
        </w:rPr>
        <w:t xml:space="preserve"> </w:t>
      </w:r>
      <w:r w:rsidRPr="00542EEB">
        <w:rPr>
          <w:rFonts w:ascii="Open Sans Light" w:hAnsi="Open Sans Light" w:cs="Open Sans Light"/>
          <w:sz w:val="22"/>
        </w:rPr>
        <w:t>– Present</w:t>
      </w:r>
    </w:p>
    <w:p w14:paraId="6CC283E7" w14:textId="77777777" w:rsidR="00CC3054" w:rsidRPr="00542EEB" w:rsidRDefault="00000000">
      <w:pPr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Volunteer</w:t>
      </w:r>
    </w:p>
    <w:p w14:paraId="7D4B327F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Integrate sense of service and compassion through dedicating time to assist hungry Milwaukee community members</w:t>
      </w:r>
    </w:p>
    <w:p w14:paraId="48DD1C76" w14:textId="77777777" w:rsidR="00CC3054" w:rsidRPr="00542EEB" w:rsidRDefault="00CC3054">
      <w:pPr>
        <w:spacing w:before="20" w:after="20"/>
        <w:rPr>
          <w:rFonts w:ascii="Open Sans Light" w:hAnsi="Open Sans Light" w:cs="Open Sans Light"/>
          <w:sz w:val="22"/>
        </w:rPr>
      </w:pPr>
    </w:p>
    <w:p w14:paraId="6599AB1D" w14:textId="2C41595C" w:rsidR="00CC3054" w:rsidRPr="00542EEB" w:rsidRDefault="00000000" w:rsidP="00C44B64">
      <w:pPr>
        <w:tabs>
          <w:tab w:val="right" w:pos="10080"/>
          <w:tab w:val="right" w:pos="10584"/>
        </w:tabs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b/>
          <w:bCs/>
          <w:sz w:val="22"/>
        </w:rPr>
        <w:t>Big Brothers and Big Sisters,</w:t>
      </w:r>
      <w:r w:rsidRPr="00542EEB">
        <w:rPr>
          <w:rFonts w:ascii="Open Sans Light" w:hAnsi="Open Sans Light" w:cs="Open Sans Light"/>
          <w:sz w:val="22"/>
        </w:rPr>
        <w:t xml:space="preserve"> Marquette University – Milwaukee, WI</w:t>
      </w:r>
      <w:r w:rsidRPr="00542EEB">
        <w:rPr>
          <w:rFonts w:ascii="Open Sans Light" w:hAnsi="Open Sans Light" w:cs="Open Sans Light"/>
          <w:sz w:val="22"/>
        </w:rPr>
        <w:tab/>
        <w:t>Sep. 20xx</w:t>
      </w:r>
      <w:r w:rsidR="008A7802">
        <w:rPr>
          <w:rFonts w:ascii="Open Sans Light" w:hAnsi="Open Sans Light" w:cs="Open Sans Light"/>
          <w:sz w:val="22"/>
        </w:rPr>
        <w:t xml:space="preserve"> </w:t>
      </w:r>
      <w:r w:rsidRPr="00542EEB">
        <w:rPr>
          <w:rFonts w:ascii="Open Sans Light" w:hAnsi="Open Sans Light" w:cs="Open Sans Light"/>
          <w:sz w:val="22"/>
        </w:rPr>
        <w:t>– Present</w:t>
      </w:r>
    </w:p>
    <w:p w14:paraId="534665FB" w14:textId="77777777" w:rsidR="00CC3054" w:rsidRPr="00542EEB" w:rsidRDefault="00000000">
      <w:pPr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Big Brother</w:t>
      </w:r>
    </w:p>
    <w:p w14:paraId="4EC31DFB" w14:textId="77777777" w:rsidR="00CC3054" w:rsidRPr="00542EEB" w:rsidRDefault="00000000">
      <w:pPr>
        <w:pStyle w:val="ListBullet"/>
        <w:spacing w:line="226" w:lineRule="auto"/>
        <w:ind w:left="317" w:hanging="202"/>
        <w:rPr>
          <w:rFonts w:ascii="Open Sans Light" w:hAnsi="Open Sans Light" w:cs="Open Sans Light"/>
          <w:sz w:val="22"/>
        </w:rPr>
      </w:pPr>
      <w:r w:rsidRPr="00542EEB">
        <w:rPr>
          <w:rFonts w:ascii="Open Sans Light" w:hAnsi="Open Sans Light" w:cs="Open Sans Light"/>
          <w:sz w:val="22"/>
        </w:rPr>
        <w:t>Mentor 10-year-old Milwaukee child and act as positive role model</w:t>
      </w:r>
    </w:p>
    <w:sectPr w:rsidR="00CC3054" w:rsidRPr="00542EEB" w:rsidSect="00C44B64"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 Medium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97ACC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3931736">
    <w:abstractNumId w:val="8"/>
  </w:num>
  <w:num w:numId="2" w16cid:durableId="368990172">
    <w:abstractNumId w:val="6"/>
  </w:num>
  <w:num w:numId="3" w16cid:durableId="665135432">
    <w:abstractNumId w:val="5"/>
  </w:num>
  <w:num w:numId="4" w16cid:durableId="200751906">
    <w:abstractNumId w:val="4"/>
  </w:num>
  <w:num w:numId="5" w16cid:durableId="233274423">
    <w:abstractNumId w:val="7"/>
  </w:num>
  <w:num w:numId="6" w16cid:durableId="1753433840">
    <w:abstractNumId w:val="3"/>
  </w:num>
  <w:num w:numId="7" w16cid:durableId="1295411400">
    <w:abstractNumId w:val="2"/>
  </w:num>
  <w:num w:numId="8" w16cid:durableId="1242716932">
    <w:abstractNumId w:val="1"/>
  </w:num>
  <w:num w:numId="9" w16cid:durableId="6309389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1C7"/>
    <w:rsid w:val="0015074B"/>
    <w:rsid w:val="0029639D"/>
    <w:rsid w:val="00326F90"/>
    <w:rsid w:val="004C2423"/>
    <w:rsid w:val="00542EEB"/>
    <w:rsid w:val="008A7802"/>
    <w:rsid w:val="00AA1D8D"/>
    <w:rsid w:val="00B47730"/>
    <w:rsid w:val="00C44B64"/>
    <w:rsid w:val="00CB0664"/>
    <w:rsid w:val="00CC3054"/>
    <w:rsid w:val="00DE2E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51AA28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EEB"/>
    <w:pPr>
      <w:pBdr>
        <w:top w:val="single" w:sz="6" w:space="2" w:color="000000"/>
        <w:bottom w:val="single" w:sz="6" w:space="2" w:color="000000"/>
      </w:pBdr>
      <w:spacing w:before="240" w:after="60"/>
      <w:jc w:val="center"/>
      <w:outlineLvl w:val="0"/>
    </w:pPr>
    <w:rPr>
      <w:rFonts w:asciiTheme="majorHAnsi" w:hAnsiTheme="majorHAnsi" w:cstheme="majorHAns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2EEB"/>
    <w:pPr>
      <w:pBdr>
        <w:top w:val="single" w:sz="6" w:space="2" w:color="000000"/>
        <w:bottom w:val="single" w:sz="6" w:space="2" w:color="000000"/>
      </w:pBdr>
      <w:spacing w:before="240" w:after="60"/>
      <w:jc w:val="center"/>
    </w:pPr>
    <w:rPr>
      <w:rFonts w:asciiTheme="majorHAnsi" w:hAnsiTheme="majorHAnsi" w:cstheme="majorHAns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40"/>
      <w:jc w:val="center"/>
    </w:pPr>
    <w:rPr>
      <w:rFonts w:ascii="Open Sans" w:hAnsi="Open Sans" w:cs="Open Sans"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FC693F"/>
    <w:pPr>
      <w:pBdr>
        <w:top w:val="single" w:sz="6" w:space="2" w:color="000000"/>
        <w:bottom w:val="single" w:sz="6" w:space="2" w:color="000000"/>
      </w:pBdr>
      <w:spacing w:before="240" w:after="60"/>
      <w:jc w:val="center"/>
    </w:pPr>
    <w:rPr>
      <w:rFonts w:asciiTheme="majorHAnsi" w:hAnsiTheme="majorHAnsi" w:cstheme="majorHAnsi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1606</Characters>
  <Application>Microsoft Office Word</Application>
  <DocSecurity>0</DocSecurity>
  <Lines>39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Novak, Mykl</dc:creator>
  <keywords/>
  <dc:description/>
  <lastModifiedBy>Novak, Mykl</lastModifiedBy>
  <revision>4</revision>
  <lastPrinted>2026-07-12T03:56:00.0000000Z</lastPrinted>
  <dcterms:created xsi:type="dcterms:W3CDTF">2026-07-16T23:38:46.5987750Z</dcterms:created>
  <dcterms:modified xsi:type="dcterms:W3CDTF">2026-07-16T23:38:46.5987750Z</dcterms:modified>
  <category/>
</coreProperties>
</file>