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44F6BE" w14:textId="77777777" w:rsidR="00C03C8C" w:rsidRPr="006B453B" w:rsidRDefault="00000000" w:rsidP="006B453B">
      <w:pPr>
        <w:pStyle w:val="Title"/>
      </w:pPr>
      <w:r w:rsidRPr="006B453B">
        <w:t>First Name Last Name</w:t>
      </w:r>
    </w:p>
    <w:p w14:paraId="24BAB177" w14:textId="77777777" w:rsidR="00C03C8C" w:rsidRPr="00A941D8" w:rsidRDefault="00000000" w:rsidP="00A941D8">
      <w:pPr>
        <w:pBdr>
          <w:bottom w:val="single" w:sz="4" w:space="3" w:color="auto"/>
        </w:pBdr>
        <w:spacing w:after="360"/>
        <w:jc w:val="center"/>
        <w:rPr>
          <w:sz w:val="20"/>
          <w:szCs w:val="20"/>
        </w:rPr>
      </w:pPr>
      <w:r w:rsidRPr="00A941D8">
        <w:rPr>
          <w:sz w:val="20"/>
          <w:szCs w:val="20"/>
        </w:rPr>
        <w:t xml:space="preserve">1415 W. Wisconsin Ave • Milwaukee, WI 53233 • 414-288-7423 • </w:t>
      </w:r>
      <w:r w:rsidRPr="00A941D8">
        <w:rPr>
          <w:rStyle w:val="Hyperlink"/>
          <w:sz w:val="20"/>
          <w:szCs w:val="20"/>
        </w:rPr>
        <w:t>firstname.lastname@marquette.edu</w:t>
      </w:r>
    </w:p>
    <w:p w14:paraId="2936DEED" w14:textId="77777777" w:rsidR="00C03C8C" w:rsidRDefault="00000000">
      <w:pPr>
        <w:spacing w:after="240"/>
      </w:pPr>
      <w:r>
        <w:t>February xx, 20xx</w:t>
      </w:r>
    </w:p>
    <w:p w14:paraId="3912E285" w14:textId="77777777" w:rsidR="00C03C8C" w:rsidRDefault="00000000">
      <w:pPr>
        <w:spacing w:after="0"/>
      </w:pPr>
      <w:r>
        <w:t>Ms. Patricia Davis</w:t>
      </w:r>
    </w:p>
    <w:p w14:paraId="2488D98A" w14:textId="77777777" w:rsidR="00C03C8C" w:rsidRDefault="00000000">
      <w:pPr>
        <w:spacing w:after="0"/>
      </w:pPr>
      <w:r>
        <w:t>Vice President of Sales, National Firm</w:t>
      </w:r>
    </w:p>
    <w:p w14:paraId="310E5914" w14:textId="77777777" w:rsidR="00C03C8C" w:rsidRDefault="00000000">
      <w:pPr>
        <w:spacing w:after="0"/>
      </w:pPr>
      <w:r>
        <w:t>123 Technology Drive</w:t>
      </w:r>
    </w:p>
    <w:p w14:paraId="0E7C14DB" w14:textId="77777777" w:rsidR="00C03C8C" w:rsidRDefault="00000000">
      <w:pPr>
        <w:spacing w:after="240"/>
      </w:pPr>
      <w:r>
        <w:t>Milwaukee, WI 53212</w:t>
      </w:r>
    </w:p>
    <w:p w14:paraId="4938DF10" w14:textId="77777777" w:rsidR="00C03C8C" w:rsidRDefault="00000000">
      <w:pPr>
        <w:spacing w:after="240"/>
      </w:pPr>
      <w:r>
        <w:t>Dear Ms. Davis:</w:t>
      </w:r>
    </w:p>
    <w:p w14:paraId="25D249EC" w14:textId="77777777" w:rsidR="00C03C8C" w:rsidRDefault="00000000">
      <w:pPr>
        <w:spacing w:after="160"/>
      </w:pPr>
      <w:r>
        <w:t>I am reaching out to you today to be considered for the Proposal Writer role, which I learned about through your posting on Marquette University’s Handshake system. This May I will be graduating from Marquette University with a degree in Writing Intensive English. I feel that National Firm would be the ideal place to apply my writing skills to a business setting. The following examples demonstrate how my educational background and professional experience make me an exceptional candidate for this position.</w:t>
      </w:r>
    </w:p>
    <w:p w14:paraId="0F6AA5CC" w14:textId="77777777" w:rsidR="00C03C8C" w:rsidRDefault="00000000">
      <w:pPr>
        <w:spacing w:after="160"/>
      </w:pPr>
      <w:r>
        <w:t>While working as a Peer Tutor at the Ott Writing Center, I partnered with students across all majors to achieve their writing goals. Being able to switch from creative prose to explaining how semiconductors work in a matter of minutes enhanced my ability to switch tasks quickly and work in a dynamic and often ambiguous environment. Additionally, as part of this role, I successfully completed advanced training in editing and listening. All of these skills will help me effectively compose proposals for National Firm.</w:t>
      </w:r>
    </w:p>
    <w:p w14:paraId="09674C65" w14:textId="77777777" w:rsidR="00C03C8C" w:rsidRDefault="00000000">
      <w:pPr>
        <w:spacing w:after="160"/>
      </w:pPr>
      <w:r>
        <w:t>Furthermore, in my current role as a Communications Intern at Assurant Health, I craft a variety of written materials including product guides for customers and internal memorandums for the company. These projects require me to work collaboratively with representatives from the legal, sales and public relations teams to turn thoughts into final products. For each project, I listen to each department’s requirements, synthesize this information into written form, and organize it into an aesthetically pleasing format.</w:t>
      </w:r>
    </w:p>
    <w:p w14:paraId="5AEA6487" w14:textId="77777777" w:rsidR="00C03C8C" w:rsidRDefault="00000000">
      <w:pPr>
        <w:spacing w:after="160"/>
      </w:pPr>
      <w:r>
        <w:t xml:space="preserve">These experiences have taught me value of teamwork, flexibility and attention to detail, and I hope they will convince you to learn more about me in an interview. Additional details regarding my qualifications can be found in the attached resume. I can be reached on my cell phone at (414) 288-7423 or via email at </w:t>
      </w:r>
      <w:r w:rsidRPr="00A941D8">
        <w:rPr>
          <w:rStyle w:val="Hyperlink"/>
        </w:rPr>
        <w:t>firstname.lastname@marquette.edu</w:t>
      </w:r>
      <w:r>
        <w:t>. I will call to follow up on this letter within the next week. Thank you for considering me for this position. I look forward to hearing from you soon.</w:t>
      </w:r>
    </w:p>
    <w:p w14:paraId="6D1F84D4" w14:textId="77777777" w:rsidR="00C03C8C" w:rsidRDefault="00000000">
      <w:pPr>
        <w:spacing w:after="560"/>
      </w:pPr>
      <w:r>
        <w:t>Sincerely,</w:t>
      </w:r>
    </w:p>
    <w:p w14:paraId="6D37A788" w14:textId="77777777" w:rsidR="00C03C8C" w:rsidRDefault="00000000">
      <w:pPr>
        <w:spacing w:after="0"/>
      </w:pPr>
      <w:r>
        <w:t>First Name Last Name</w:t>
      </w:r>
    </w:p>
    <w:sectPr w:rsidR="00C03C8C" w:rsidSect="00034616">
      <w:pgSz w:w="12240" w:h="15840"/>
      <w:pgMar w:top="1080" w:right="1080" w:bottom="1080" w:left="108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Open Sans Light">
    <w:panose1 w:val="00000000000000000000"/>
    <w:charset w:val="00"/>
    <w:family w:val="auto"/>
    <w:pitch w:val="variable"/>
    <w:sig w:usb0="E00002FF" w:usb1="4000201B" w:usb2="00000028" w:usb3="00000000" w:csb0="0000019F" w:csb1="00000000"/>
  </w:font>
  <w:font w:name="Courier">
    <w:altName w:val="Courier New"/>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3518450">
    <w:abstractNumId w:val="8"/>
  </w:num>
  <w:num w:numId="2" w16cid:durableId="1877037399">
    <w:abstractNumId w:val="6"/>
  </w:num>
  <w:num w:numId="3" w16cid:durableId="587926797">
    <w:abstractNumId w:val="5"/>
  </w:num>
  <w:num w:numId="4" w16cid:durableId="1155798837">
    <w:abstractNumId w:val="4"/>
  </w:num>
  <w:num w:numId="5" w16cid:durableId="296300714">
    <w:abstractNumId w:val="7"/>
  </w:num>
  <w:num w:numId="6" w16cid:durableId="445849078">
    <w:abstractNumId w:val="3"/>
  </w:num>
  <w:num w:numId="7" w16cid:durableId="1391809286">
    <w:abstractNumId w:val="2"/>
  </w:num>
  <w:num w:numId="8" w16cid:durableId="1682009662">
    <w:abstractNumId w:val="1"/>
  </w:num>
  <w:num w:numId="9" w16cid:durableId="4307798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9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11C7"/>
    <w:rsid w:val="0015074B"/>
    <w:rsid w:val="0029639D"/>
    <w:rsid w:val="00326F90"/>
    <w:rsid w:val="003D6227"/>
    <w:rsid w:val="006B453B"/>
    <w:rsid w:val="00A941D8"/>
    <w:rsid w:val="00AA1D8D"/>
    <w:rsid w:val="00B47730"/>
    <w:rsid w:val="00C03C8C"/>
    <w:rsid w:val="00CB0664"/>
    <w:rsid w:val="00EE54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A43C6E"/>
  <w14:defaultImageDpi w14:val="300"/>
  <w15:docId w15:val="{9929723D-A755-9F45-B65B-5D7815EB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Open Sans" w:eastAsia="Open Sans" w:hAnsi="Open Sans" w:cs="Open San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6B453B"/>
    <w:pPr>
      <w:spacing w:after="40"/>
      <w:jc w:val="center"/>
    </w:pPr>
    <w:rPr>
      <w:rFonts w:ascii="Open Sans Light" w:hAnsi="Open Sans Light" w:cs="Open Sans Light"/>
      <w:b/>
      <w:bCs/>
      <w:sz w:val="30"/>
    </w:rPr>
  </w:style>
  <w:style w:type="character" w:customStyle="1" w:styleId="TitleChar">
    <w:name w:val="Title Char"/>
    <w:basedOn w:val="DefaultParagraphFont"/>
    <w:link w:val="Title"/>
    <w:uiPriority w:val="10"/>
    <w:rsid w:val="006B453B"/>
    <w:rPr>
      <w:rFonts w:ascii="Open Sans Light" w:eastAsia="Open Sans" w:hAnsi="Open Sans Light" w:cs="Open Sans Light"/>
      <w:b/>
      <w:bCs/>
      <w:sz w:val="30"/>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941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1968</Characters>
  <Application>Microsoft Office Word</Application>
  <DocSecurity>0</DocSecurity>
  <Lines>34</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Novak, Mykl</cp:lastModifiedBy>
  <cp:revision>4</cp:revision>
  <dcterms:created xsi:type="dcterms:W3CDTF">2026-07-12T06:44:00Z</dcterms:created>
  <dcterms:modified xsi:type="dcterms:W3CDTF">2026-07-16T23:04:00Z</dcterms:modified>
  <cp:category/>
</cp:coreProperties>
</file>