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7236AB" w14:textId="77777777" w:rsidR="00C23607" w:rsidRPr="00CD67CD" w:rsidRDefault="00000000" w:rsidP="00CD67CD">
      <w:pPr>
        <w:pStyle w:val="Title"/>
      </w:pPr>
      <w:r w:rsidRPr="00CD67CD">
        <w:t>First Name Last Name</w:t>
      </w:r>
    </w:p>
    <w:p w14:paraId="1CA81052" w14:textId="77777777" w:rsidR="00C23607" w:rsidRPr="00E26972" w:rsidRDefault="00000000" w:rsidP="00E26972">
      <w:pPr>
        <w:spacing w:after="120"/>
        <w:jc w:val="center"/>
        <w:rPr>
          <w:rFonts w:ascii="Open Sans Light" w:hAnsi="Open Sans Light" w:cs="Open Sans Light"/>
        </w:rPr>
      </w:pPr>
      <w:r w:rsidRPr="00E26972">
        <w:rPr>
          <w:rFonts w:ascii="Open Sans Light" w:hAnsi="Open Sans Light" w:cs="Open Sans Light"/>
          <w:sz w:val="16"/>
        </w:rPr>
        <w:t xml:space="preserve">Milwaukee, WI  </w:t>
      </w:r>
      <w:r w:rsidRPr="00E26972">
        <w:rPr>
          <w:rFonts w:ascii="Times New Roman" w:hAnsi="Times New Roman" w:cs="Times New Roman"/>
          <w:sz w:val="16"/>
        </w:rPr>
        <w:t>■</w:t>
      </w:r>
      <w:r w:rsidRPr="00E26972">
        <w:rPr>
          <w:rFonts w:ascii="Open Sans Light" w:hAnsi="Open Sans Light" w:cs="Open Sans Light"/>
          <w:sz w:val="16"/>
        </w:rPr>
        <w:t xml:space="preserve">  414-288-7423  </w:t>
      </w:r>
      <w:r w:rsidRPr="00E26972">
        <w:rPr>
          <w:rFonts w:ascii="Times New Roman" w:hAnsi="Times New Roman" w:cs="Times New Roman"/>
          <w:sz w:val="16"/>
        </w:rPr>
        <w:t>■</w:t>
      </w:r>
      <w:r w:rsidRPr="00E26972">
        <w:rPr>
          <w:rFonts w:ascii="Open Sans Light" w:hAnsi="Open Sans Light" w:cs="Open Sans Light"/>
          <w:sz w:val="16"/>
        </w:rPr>
        <w:t xml:space="preserve">  </w:t>
      </w:r>
      <w:r w:rsidRPr="00E26972">
        <w:rPr>
          <w:rFonts w:ascii="Open Sans Light" w:hAnsi="Open Sans Light" w:cs="Open Sans Light"/>
          <w:color w:val="0066CC"/>
          <w:sz w:val="16"/>
          <w:u w:val="single"/>
        </w:rPr>
        <w:t>firstname.lastname@marquette.edu</w:t>
      </w:r>
    </w:p>
    <w:p w14:paraId="7DC40E38" w14:textId="39005363" w:rsidR="00E26972" w:rsidRDefault="00000000">
      <w:pPr>
        <w:spacing w:after="100"/>
        <w:jc w:val="center"/>
        <w:rPr>
          <w:rFonts w:ascii="Times New Roman" w:hAnsi="Times New Roman" w:cs="Times New Roman"/>
          <w:sz w:val="16"/>
        </w:rPr>
      </w:pPr>
      <w:r w:rsidRPr="00E26972">
        <w:rPr>
          <w:rFonts w:ascii="Open Sans Light" w:hAnsi="Open Sans Light" w:cs="Open Sans Light"/>
          <w:color w:val="0066CC"/>
          <w:sz w:val="16"/>
          <w:u w:val="single"/>
        </w:rPr>
        <w:t>Portfolio (Link)</w:t>
      </w:r>
    </w:p>
    <w:p w14:paraId="7686D73A" w14:textId="65628124" w:rsidR="00C23607" w:rsidRDefault="00000000">
      <w:pPr>
        <w:spacing w:after="100"/>
        <w:jc w:val="center"/>
        <w:rPr>
          <w:rFonts w:ascii="Open Sans Light" w:hAnsi="Open Sans Light" w:cs="Open Sans Light"/>
          <w:color w:val="0066CC"/>
          <w:sz w:val="16"/>
          <w:u w:val="single"/>
        </w:rPr>
      </w:pPr>
      <w:r w:rsidRPr="00E26972">
        <w:rPr>
          <w:rFonts w:ascii="Open Sans Light" w:hAnsi="Open Sans Light" w:cs="Open Sans Light"/>
          <w:color w:val="0066CC"/>
          <w:sz w:val="16"/>
          <w:u w:val="single"/>
        </w:rPr>
        <w:t>LinkedIn (Link)</w:t>
      </w:r>
    </w:p>
    <w:p w14:paraId="2A01BFDA" w14:textId="77777777" w:rsidR="008D761A" w:rsidRPr="008D761A" w:rsidRDefault="008D761A" w:rsidP="008D761A">
      <w:pPr>
        <w:pStyle w:val="Heading1"/>
        <w:pBdr>
          <w:top w:val="single" w:sz="6" w:space="1" w:color="auto"/>
        </w:pBdr>
        <w:spacing w:after="0"/>
      </w:pPr>
      <w:r w:rsidRPr="008D761A">
        <w:t>EDUCATION</w:t>
      </w:r>
    </w:p>
    <w:p w14:paraId="2F87EECD" w14:textId="77777777" w:rsidR="00C23607" w:rsidRPr="008D761A" w:rsidRDefault="00000000">
      <w:pPr>
        <w:tabs>
          <w:tab w:val="right" w:pos="10008"/>
        </w:tabs>
        <w:rPr>
          <w:rFonts w:ascii="Open Sans" w:hAnsi="Open Sans" w:cs="Open Sans"/>
          <w:sz w:val="20"/>
          <w:szCs w:val="20"/>
        </w:rPr>
      </w:pPr>
      <w:r w:rsidRPr="008D761A">
        <w:rPr>
          <w:rFonts w:ascii="Open Sans" w:hAnsi="Open Sans" w:cs="Open Sans"/>
          <w:bCs/>
          <w:sz w:val="20"/>
          <w:szCs w:val="20"/>
        </w:rPr>
        <w:t>Marquette University</w:t>
      </w:r>
      <w:r w:rsidRPr="008D761A">
        <w:rPr>
          <w:rFonts w:ascii="Open Sans" w:hAnsi="Open Sans" w:cs="Open Sans"/>
          <w:sz w:val="20"/>
          <w:szCs w:val="20"/>
        </w:rPr>
        <w:t>, Milwaukee, WI</w:t>
      </w:r>
      <w:r w:rsidRPr="008D761A">
        <w:rPr>
          <w:rFonts w:ascii="Open Sans" w:hAnsi="Open Sans" w:cs="Open Sans"/>
          <w:sz w:val="20"/>
          <w:szCs w:val="20"/>
        </w:rPr>
        <w:tab/>
        <w:t>May 20xx</w:t>
      </w:r>
    </w:p>
    <w:p w14:paraId="0CE0E8C5" w14:textId="77777777" w:rsidR="00C23607" w:rsidRPr="008D761A" w:rsidRDefault="00000000">
      <w:pPr>
        <w:rPr>
          <w:rFonts w:ascii="Open Sans ExtraBold" w:hAnsi="Open Sans ExtraBold" w:cs="Open Sans ExtraBold"/>
          <w:b/>
          <w:bCs/>
          <w:sz w:val="20"/>
          <w:szCs w:val="20"/>
        </w:rPr>
      </w:pPr>
      <w:r w:rsidRPr="008D761A">
        <w:rPr>
          <w:rFonts w:ascii="Open Sans ExtraBold" w:hAnsi="Open Sans ExtraBold" w:cs="Open Sans ExtraBold"/>
          <w:b/>
          <w:bCs/>
          <w:sz w:val="20"/>
          <w:szCs w:val="20"/>
        </w:rPr>
        <w:t>Bachelor of Arts in Digital Media, Communication Studies</w:t>
      </w:r>
    </w:p>
    <w:p w14:paraId="2B4E8D2F" w14:textId="77777777" w:rsidR="00C23607" w:rsidRPr="008D761A" w:rsidRDefault="00000000">
      <w:pPr>
        <w:rPr>
          <w:rFonts w:ascii="Open Sans ExtraBold" w:hAnsi="Open Sans ExtraBold" w:cs="Open Sans ExtraBold"/>
          <w:b/>
          <w:bCs/>
          <w:sz w:val="20"/>
          <w:szCs w:val="20"/>
        </w:rPr>
      </w:pPr>
      <w:r w:rsidRPr="008D761A">
        <w:rPr>
          <w:rFonts w:ascii="Open Sans ExtraBold" w:hAnsi="Open Sans ExtraBold" w:cs="Open Sans ExtraBold"/>
          <w:b/>
          <w:bCs/>
          <w:sz w:val="20"/>
          <w:szCs w:val="20"/>
        </w:rPr>
        <w:t>Minor in English</w:t>
      </w:r>
    </w:p>
    <w:p w14:paraId="7F8AFFB7" w14:textId="6088EF06" w:rsidR="00C23607" w:rsidRDefault="00000000">
      <w:pPr>
        <w:spacing w:after="20"/>
        <w:rPr>
          <w:rFonts w:ascii="Open Sans" w:hAnsi="Open Sans" w:cs="Open Sans"/>
          <w:i/>
          <w:sz w:val="20"/>
          <w:szCs w:val="20"/>
        </w:rPr>
      </w:pPr>
      <w:r w:rsidRPr="008D761A">
        <w:rPr>
          <w:rFonts w:ascii="Open Sans" w:hAnsi="Open Sans" w:cs="Open Sans"/>
          <w:i/>
          <w:sz w:val="20"/>
          <w:szCs w:val="20"/>
        </w:rPr>
        <w:t>Honors and awards: Dean’s List (Fall 20xx, Spring 20xx), Ignatius Scholarship for Academic Excellence</w:t>
      </w:r>
    </w:p>
    <w:p w14:paraId="1A1977F1" w14:textId="77777777" w:rsidR="008D761A" w:rsidRPr="008D761A" w:rsidRDefault="008D761A">
      <w:pPr>
        <w:spacing w:after="20"/>
        <w:rPr>
          <w:rFonts w:ascii="Open Sans" w:hAnsi="Open Sans" w:cs="Open Sans"/>
          <w:sz w:val="20"/>
          <w:szCs w:val="20"/>
        </w:rPr>
      </w:pPr>
    </w:p>
    <w:p w14:paraId="1280FFCD" w14:textId="77777777" w:rsidR="00C23607" w:rsidRPr="008D761A" w:rsidRDefault="00000000">
      <w:pPr>
        <w:rPr>
          <w:rFonts w:ascii="Open Sans" w:hAnsi="Open Sans" w:cs="Open Sans"/>
          <w:bCs/>
          <w:sz w:val="20"/>
          <w:szCs w:val="20"/>
        </w:rPr>
      </w:pPr>
      <w:r w:rsidRPr="008D761A">
        <w:rPr>
          <w:rFonts w:ascii="Open Sans" w:hAnsi="Open Sans" w:cs="Open Sans"/>
          <w:bCs/>
          <w:sz w:val="20"/>
          <w:szCs w:val="20"/>
        </w:rPr>
        <w:t>Relevant Coursework:</w:t>
      </w:r>
    </w:p>
    <w:p w14:paraId="79E219BC" w14:textId="77777777" w:rsidR="00C23607" w:rsidRPr="008D761A" w:rsidRDefault="00000000">
      <w:pPr>
        <w:spacing w:after="20" w:line="228" w:lineRule="auto"/>
        <w:rPr>
          <w:rFonts w:ascii="Open Sans" w:hAnsi="Open Sans" w:cs="Open Sans"/>
          <w:sz w:val="20"/>
          <w:szCs w:val="20"/>
        </w:rPr>
      </w:pPr>
      <w:r w:rsidRPr="008D761A">
        <w:rPr>
          <w:rFonts w:ascii="Open Sans" w:hAnsi="Open Sans" w:cs="Open Sans"/>
          <w:sz w:val="20"/>
          <w:szCs w:val="20"/>
        </w:rPr>
        <w:t>Computer Literacy in Business (Spring 20xx), Media Writing (Spring 20xx), Public Relations Principles (Fall 20xx), Media Law (Fall 20xx), Ethical Problems of Mass Communications (Fall 20xx), Writing for the Marketplace (Spring 20xx)</w:t>
      </w:r>
    </w:p>
    <w:p w14:paraId="72023F53" w14:textId="77777777" w:rsidR="00C23607" w:rsidRPr="008D761A" w:rsidRDefault="00000000" w:rsidP="008D761A">
      <w:pPr>
        <w:pStyle w:val="Heading1"/>
      </w:pPr>
      <w:r w:rsidRPr="008D761A">
        <w:t>RELATED EXPERIENCE</w:t>
      </w:r>
    </w:p>
    <w:p w14:paraId="5B4440EC" w14:textId="77777777" w:rsidR="00C23607" w:rsidRPr="008D761A" w:rsidRDefault="00000000">
      <w:pPr>
        <w:tabs>
          <w:tab w:val="right" w:pos="10008"/>
        </w:tabs>
        <w:rPr>
          <w:rFonts w:ascii="Open Sans" w:hAnsi="Open Sans" w:cs="Open Sans"/>
          <w:sz w:val="20"/>
          <w:szCs w:val="20"/>
        </w:rPr>
      </w:pPr>
      <w:r w:rsidRPr="008D761A">
        <w:rPr>
          <w:rFonts w:ascii="Open Sans" w:hAnsi="Open Sans" w:cs="Open Sans"/>
          <w:bCs/>
          <w:i/>
          <w:iCs/>
          <w:sz w:val="20"/>
          <w:szCs w:val="20"/>
        </w:rPr>
        <w:t>MILWAUKEE MAGAZINE</w:t>
      </w:r>
      <w:r w:rsidRPr="008D761A">
        <w:rPr>
          <w:rFonts w:ascii="Open Sans" w:hAnsi="Open Sans" w:cs="Open Sans"/>
          <w:bCs/>
          <w:sz w:val="20"/>
          <w:szCs w:val="20"/>
        </w:rPr>
        <w:t>,</w:t>
      </w:r>
      <w:r w:rsidRPr="008D761A">
        <w:rPr>
          <w:rFonts w:ascii="Open Sans" w:hAnsi="Open Sans" w:cs="Open Sans"/>
          <w:sz w:val="20"/>
          <w:szCs w:val="20"/>
        </w:rPr>
        <w:t xml:space="preserve"> Milwaukee, WI</w:t>
      </w:r>
      <w:r w:rsidRPr="008D761A">
        <w:rPr>
          <w:rFonts w:ascii="Open Sans" w:hAnsi="Open Sans" w:cs="Open Sans"/>
          <w:sz w:val="20"/>
          <w:szCs w:val="20"/>
        </w:rPr>
        <w:tab/>
        <w:t>May 20xx - Present</w:t>
      </w:r>
    </w:p>
    <w:p w14:paraId="647B7B9E" w14:textId="77777777" w:rsidR="00C23607" w:rsidRPr="008D761A" w:rsidRDefault="00000000">
      <w:pPr>
        <w:rPr>
          <w:rFonts w:ascii="Open Sans ExtraBold" w:hAnsi="Open Sans ExtraBold" w:cs="Open Sans ExtraBold"/>
          <w:b/>
          <w:bCs/>
          <w:sz w:val="20"/>
          <w:szCs w:val="20"/>
        </w:rPr>
      </w:pPr>
      <w:r w:rsidRPr="008D761A">
        <w:rPr>
          <w:rFonts w:ascii="Open Sans ExtraBold" w:hAnsi="Open Sans ExtraBold" w:cs="Open Sans ExtraBold"/>
          <w:b/>
          <w:bCs/>
          <w:sz w:val="20"/>
          <w:szCs w:val="20"/>
        </w:rPr>
        <w:t>Design Intern</w:t>
      </w:r>
    </w:p>
    <w:p w14:paraId="70424D17" w14:textId="7612A87E" w:rsidR="00C23607" w:rsidRPr="008D761A" w:rsidRDefault="00000000">
      <w:pPr>
        <w:pStyle w:val="ListBullet"/>
        <w:spacing w:line="226" w:lineRule="auto"/>
        <w:ind w:left="317" w:hanging="202"/>
        <w:rPr>
          <w:rFonts w:ascii="Open Sans" w:hAnsi="Open Sans" w:cs="Open Sans"/>
          <w:sz w:val="20"/>
          <w:szCs w:val="20"/>
        </w:rPr>
      </w:pPr>
      <w:r w:rsidRPr="008D761A">
        <w:rPr>
          <w:rFonts w:ascii="Open Sans" w:hAnsi="Open Sans" w:cs="Open Sans"/>
          <w:sz w:val="20"/>
          <w:szCs w:val="20"/>
        </w:rPr>
        <w:t>Collaborate with graphic artists to create effective web advertisements</w:t>
      </w:r>
    </w:p>
    <w:p w14:paraId="3A944C63" w14:textId="01CFC51C" w:rsidR="00C23607" w:rsidRPr="008D761A" w:rsidRDefault="00000000">
      <w:pPr>
        <w:pStyle w:val="ListBullet"/>
        <w:spacing w:line="226" w:lineRule="auto"/>
        <w:ind w:left="317" w:hanging="202"/>
        <w:rPr>
          <w:rFonts w:ascii="Open Sans" w:hAnsi="Open Sans" w:cs="Open Sans"/>
          <w:sz w:val="20"/>
          <w:szCs w:val="20"/>
        </w:rPr>
      </w:pPr>
      <w:r w:rsidRPr="008D761A">
        <w:rPr>
          <w:rFonts w:ascii="Open Sans" w:hAnsi="Open Sans" w:cs="Open Sans"/>
          <w:sz w:val="20"/>
          <w:szCs w:val="20"/>
        </w:rPr>
        <w:t>Assist in publication of the “Best Doctors 20xx” list for local Milwaukee doctors</w:t>
      </w:r>
    </w:p>
    <w:p w14:paraId="6643547E" w14:textId="1AC96BEF" w:rsidR="00C23607" w:rsidRPr="008D761A" w:rsidRDefault="00000000">
      <w:pPr>
        <w:pStyle w:val="ListBullet"/>
        <w:spacing w:line="226" w:lineRule="auto"/>
        <w:ind w:left="317" w:hanging="202"/>
        <w:rPr>
          <w:rFonts w:ascii="Open Sans" w:hAnsi="Open Sans" w:cs="Open Sans"/>
          <w:sz w:val="20"/>
          <w:szCs w:val="20"/>
        </w:rPr>
      </w:pPr>
      <w:r w:rsidRPr="008D761A">
        <w:rPr>
          <w:rFonts w:ascii="Open Sans" w:hAnsi="Open Sans" w:cs="Open Sans"/>
          <w:sz w:val="20"/>
          <w:szCs w:val="20"/>
        </w:rPr>
        <w:t>Participate in design development sessions with clients and built skills in collaboration</w:t>
      </w:r>
    </w:p>
    <w:p w14:paraId="400D6082" w14:textId="77777777" w:rsidR="00C23607" w:rsidRPr="008D761A" w:rsidRDefault="00C23607">
      <w:pPr>
        <w:spacing w:after="20"/>
        <w:rPr>
          <w:rFonts w:ascii="Open Sans" w:hAnsi="Open Sans" w:cs="Open Sans"/>
          <w:sz w:val="20"/>
          <w:szCs w:val="20"/>
        </w:rPr>
      </w:pPr>
    </w:p>
    <w:p w14:paraId="5C3C22EE" w14:textId="77777777" w:rsidR="00C23607" w:rsidRPr="008D761A" w:rsidRDefault="00000000">
      <w:pPr>
        <w:tabs>
          <w:tab w:val="right" w:pos="10008"/>
        </w:tabs>
        <w:rPr>
          <w:rFonts w:ascii="Open Sans" w:hAnsi="Open Sans" w:cs="Open Sans"/>
          <w:sz w:val="20"/>
          <w:szCs w:val="20"/>
        </w:rPr>
      </w:pPr>
      <w:r w:rsidRPr="008D761A">
        <w:rPr>
          <w:rFonts w:ascii="Open Sans" w:hAnsi="Open Sans" w:cs="Open Sans"/>
          <w:bCs/>
          <w:sz w:val="20"/>
          <w:szCs w:val="20"/>
        </w:rPr>
        <w:t>OTT WRITING CENTER</w:t>
      </w:r>
      <w:r w:rsidRPr="008D761A">
        <w:rPr>
          <w:rFonts w:ascii="Open Sans" w:hAnsi="Open Sans" w:cs="Open Sans"/>
          <w:sz w:val="20"/>
          <w:szCs w:val="20"/>
        </w:rPr>
        <w:t>, Marquette University, Milwaukee, WI</w:t>
      </w:r>
      <w:r w:rsidRPr="008D761A">
        <w:rPr>
          <w:rFonts w:ascii="Open Sans" w:hAnsi="Open Sans" w:cs="Open Sans"/>
          <w:sz w:val="20"/>
          <w:szCs w:val="20"/>
        </w:rPr>
        <w:tab/>
        <w:t>January 20xx - December 20xx</w:t>
      </w:r>
    </w:p>
    <w:p w14:paraId="0A14FE26" w14:textId="77777777" w:rsidR="00C23607" w:rsidRPr="008D761A" w:rsidRDefault="00000000">
      <w:pPr>
        <w:rPr>
          <w:rFonts w:ascii="Open Sans ExtraBold" w:hAnsi="Open Sans ExtraBold" w:cs="Open Sans ExtraBold"/>
          <w:b/>
          <w:bCs/>
          <w:sz w:val="20"/>
          <w:szCs w:val="20"/>
        </w:rPr>
      </w:pPr>
      <w:r w:rsidRPr="008D761A">
        <w:rPr>
          <w:rFonts w:ascii="Open Sans ExtraBold" w:hAnsi="Open Sans ExtraBold" w:cs="Open Sans ExtraBold"/>
          <w:b/>
          <w:bCs/>
          <w:sz w:val="20"/>
          <w:szCs w:val="20"/>
        </w:rPr>
        <w:t>Peer Tutor</w:t>
      </w:r>
    </w:p>
    <w:p w14:paraId="6266AAAE" w14:textId="72284AEF" w:rsidR="00C23607" w:rsidRPr="008D761A" w:rsidRDefault="00000000">
      <w:pPr>
        <w:pStyle w:val="ListBullet"/>
        <w:spacing w:line="226" w:lineRule="auto"/>
        <w:ind w:left="317" w:hanging="202"/>
        <w:rPr>
          <w:rFonts w:ascii="Open Sans" w:hAnsi="Open Sans" w:cs="Open Sans"/>
          <w:sz w:val="20"/>
          <w:szCs w:val="20"/>
        </w:rPr>
      </w:pPr>
      <w:r w:rsidRPr="008D761A">
        <w:rPr>
          <w:rFonts w:ascii="Open Sans" w:hAnsi="Open Sans" w:cs="Open Sans"/>
          <w:sz w:val="20"/>
          <w:szCs w:val="20"/>
        </w:rPr>
        <w:t xml:space="preserve">Created and published content with Canva to promote Ott Writing Center on </w:t>
      </w:r>
      <w:r w:rsidR="00E26972" w:rsidRPr="008D761A">
        <w:rPr>
          <w:rFonts w:ascii="Open Sans" w:hAnsi="Open Sans" w:cs="Open Sans"/>
          <w:sz w:val="20"/>
          <w:szCs w:val="20"/>
        </w:rPr>
        <w:t>X/</w:t>
      </w:r>
      <w:r w:rsidRPr="008D761A">
        <w:rPr>
          <w:rFonts w:ascii="Open Sans" w:hAnsi="Open Sans" w:cs="Open Sans"/>
          <w:sz w:val="20"/>
          <w:szCs w:val="20"/>
        </w:rPr>
        <w:t>Twitter and Facebook</w:t>
      </w:r>
    </w:p>
    <w:p w14:paraId="17AEBBDE" w14:textId="77777777" w:rsidR="00C23607" w:rsidRPr="008D761A" w:rsidRDefault="00000000">
      <w:pPr>
        <w:pStyle w:val="ListBullet"/>
        <w:spacing w:line="226" w:lineRule="auto"/>
        <w:ind w:left="317" w:hanging="202"/>
        <w:rPr>
          <w:rFonts w:ascii="Open Sans" w:hAnsi="Open Sans" w:cs="Open Sans"/>
          <w:sz w:val="20"/>
          <w:szCs w:val="20"/>
        </w:rPr>
      </w:pPr>
      <w:r w:rsidRPr="008D761A">
        <w:rPr>
          <w:rFonts w:ascii="Open Sans" w:hAnsi="Open Sans" w:cs="Open Sans"/>
          <w:sz w:val="20"/>
          <w:szCs w:val="20"/>
        </w:rPr>
        <w:t>Partnered with undergraduate students to edit and improve written documents</w:t>
      </w:r>
    </w:p>
    <w:p w14:paraId="2569E148" w14:textId="77777777" w:rsidR="00C23607" w:rsidRPr="008D761A" w:rsidRDefault="00000000">
      <w:pPr>
        <w:pStyle w:val="ListBullet"/>
        <w:spacing w:line="226" w:lineRule="auto"/>
        <w:ind w:left="317" w:hanging="202"/>
        <w:rPr>
          <w:rFonts w:ascii="Open Sans" w:hAnsi="Open Sans" w:cs="Open Sans"/>
          <w:sz w:val="20"/>
          <w:szCs w:val="20"/>
        </w:rPr>
      </w:pPr>
      <w:r w:rsidRPr="008D761A">
        <w:rPr>
          <w:rFonts w:ascii="Open Sans" w:hAnsi="Open Sans" w:cs="Open Sans"/>
          <w:sz w:val="20"/>
          <w:szCs w:val="20"/>
        </w:rPr>
        <w:t>Spoke in classrooms on campus to promote services to fellow students</w:t>
      </w:r>
    </w:p>
    <w:p w14:paraId="69F45262" w14:textId="77777777" w:rsidR="00C23607" w:rsidRPr="008D761A" w:rsidRDefault="00000000" w:rsidP="008D761A">
      <w:pPr>
        <w:pStyle w:val="Heading1"/>
      </w:pPr>
      <w:r w:rsidRPr="008D761A">
        <w:t>PROJECT EXPERIENCE</w:t>
      </w:r>
    </w:p>
    <w:p w14:paraId="5D096187" w14:textId="77777777" w:rsidR="00C23607" w:rsidRPr="008D761A" w:rsidRDefault="00000000">
      <w:pPr>
        <w:tabs>
          <w:tab w:val="right" w:pos="10008"/>
        </w:tabs>
        <w:rPr>
          <w:rFonts w:ascii="Open Sans" w:hAnsi="Open Sans" w:cs="Open Sans"/>
          <w:sz w:val="20"/>
          <w:szCs w:val="20"/>
        </w:rPr>
      </w:pPr>
      <w:r w:rsidRPr="008D761A">
        <w:rPr>
          <w:rFonts w:ascii="Open Sans" w:hAnsi="Open Sans" w:cs="Open Sans"/>
          <w:bCs/>
          <w:sz w:val="20"/>
          <w:szCs w:val="20"/>
        </w:rPr>
        <w:t>CORPORATE MEDIA</w:t>
      </w:r>
      <w:r w:rsidRPr="008D761A">
        <w:rPr>
          <w:rFonts w:ascii="Open Sans" w:hAnsi="Open Sans" w:cs="Open Sans"/>
          <w:sz w:val="20"/>
          <w:szCs w:val="20"/>
        </w:rPr>
        <w:t>, Marquette University, Milwaukee, WI</w:t>
      </w:r>
      <w:r w:rsidRPr="008D761A">
        <w:rPr>
          <w:rFonts w:ascii="Open Sans" w:hAnsi="Open Sans" w:cs="Open Sans"/>
          <w:sz w:val="20"/>
          <w:szCs w:val="20"/>
        </w:rPr>
        <w:tab/>
        <w:t>February 20xx - May 20xx</w:t>
      </w:r>
    </w:p>
    <w:p w14:paraId="4BEF4F69" w14:textId="77777777" w:rsidR="00C23607" w:rsidRPr="008D761A" w:rsidRDefault="00000000">
      <w:pPr>
        <w:rPr>
          <w:rFonts w:ascii="Open Sans ExtraBold" w:hAnsi="Open Sans ExtraBold" w:cs="Open Sans ExtraBold"/>
          <w:b/>
          <w:bCs/>
          <w:sz w:val="20"/>
          <w:szCs w:val="20"/>
        </w:rPr>
      </w:pPr>
      <w:r w:rsidRPr="008D761A">
        <w:rPr>
          <w:rFonts w:ascii="Open Sans ExtraBold" w:hAnsi="Open Sans ExtraBold" w:cs="Open Sans ExtraBold"/>
          <w:b/>
          <w:bCs/>
          <w:sz w:val="20"/>
          <w:szCs w:val="20"/>
        </w:rPr>
        <w:t>Consultant and Videographer</w:t>
      </w:r>
    </w:p>
    <w:p w14:paraId="36C6410B" w14:textId="77777777" w:rsidR="00C23607" w:rsidRPr="008D761A" w:rsidRDefault="00000000">
      <w:pPr>
        <w:pStyle w:val="ListBullet"/>
        <w:spacing w:line="226" w:lineRule="auto"/>
        <w:ind w:left="317" w:hanging="202"/>
        <w:rPr>
          <w:rFonts w:ascii="Open Sans" w:hAnsi="Open Sans" w:cs="Open Sans"/>
          <w:sz w:val="20"/>
          <w:szCs w:val="20"/>
        </w:rPr>
      </w:pPr>
      <w:r w:rsidRPr="008D761A">
        <w:rPr>
          <w:rFonts w:ascii="Open Sans" w:hAnsi="Open Sans" w:cs="Open Sans"/>
          <w:sz w:val="20"/>
          <w:szCs w:val="20"/>
        </w:rPr>
        <w:t>Pitched concept to on-campus client that fit needs for promoting event for 100+ attendees</w:t>
      </w:r>
    </w:p>
    <w:p w14:paraId="6EBA0AED" w14:textId="6C7FFAB8" w:rsidR="00C23607" w:rsidRPr="008D761A" w:rsidRDefault="00000000">
      <w:pPr>
        <w:pStyle w:val="ListBullet"/>
        <w:spacing w:line="226" w:lineRule="auto"/>
        <w:ind w:left="317" w:hanging="202"/>
        <w:rPr>
          <w:rFonts w:ascii="Open Sans" w:hAnsi="Open Sans" w:cs="Open Sans"/>
          <w:sz w:val="20"/>
          <w:szCs w:val="20"/>
        </w:rPr>
      </w:pPr>
      <w:r w:rsidRPr="008D761A">
        <w:rPr>
          <w:rFonts w:ascii="Open Sans" w:hAnsi="Open Sans" w:cs="Open Sans"/>
          <w:sz w:val="20"/>
          <w:szCs w:val="20"/>
        </w:rPr>
        <w:t>Edited digital content with Adobe Premier</w:t>
      </w:r>
      <w:r w:rsidR="008D761A">
        <w:rPr>
          <w:rFonts w:ascii="Open Sans" w:hAnsi="Open Sans" w:cs="Open Sans"/>
          <w:sz w:val="20"/>
          <w:szCs w:val="20"/>
        </w:rPr>
        <w:t>e</w:t>
      </w:r>
      <w:r w:rsidRPr="008D761A">
        <w:rPr>
          <w:rFonts w:ascii="Open Sans" w:hAnsi="Open Sans" w:cs="Open Sans"/>
          <w:sz w:val="20"/>
          <w:szCs w:val="20"/>
        </w:rPr>
        <w:t xml:space="preserve"> Pro</w:t>
      </w:r>
    </w:p>
    <w:p w14:paraId="72420E52" w14:textId="77777777" w:rsidR="00C23607" w:rsidRPr="008D761A" w:rsidRDefault="00000000">
      <w:pPr>
        <w:pStyle w:val="ListBullet"/>
        <w:spacing w:line="226" w:lineRule="auto"/>
        <w:ind w:left="317" w:hanging="202"/>
        <w:rPr>
          <w:rFonts w:ascii="Open Sans" w:hAnsi="Open Sans" w:cs="Open Sans"/>
          <w:sz w:val="20"/>
          <w:szCs w:val="20"/>
        </w:rPr>
      </w:pPr>
      <w:r w:rsidRPr="008D761A">
        <w:rPr>
          <w:rFonts w:ascii="Open Sans" w:hAnsi="Open Sans" w:cs="Open Sans"/>
          <w:sz w:val="20"/>
          <w:szCs w:val="20"/>
        </w:rPr>
        <w:t>Submitted project ahead of deadline and met all needs of clients</w:t>
      </w:r>
    </w:p>
    <w:p w14:paraId="6B2C531A" w14:textId="77777777" w:rsidR="00C23607" w:rsidRPr="008D761A" w:rsidRDefault="00000000" w:rsidP="008D761A">
      <w:pPr>
        <w:pStyle w:val="Heading1"/>
      </w:pPr>
      <w:r w:rsidRPr="008D761A">
        <w:t>ADDITIONAL CAMPUS EXPERIENCE</w:t>
      </w:r>
    </w:p>
    <w:p w14:paraId="1E7CFB44" w14:textId="77777777" w:rsidR="00C23607" w:rsidRPr="008D761A" w:rsidRDefault="00000000">
      <w:pPr>
        <w:tabs>
          <w:tab w:val="right" w:pos="10008"/>
        </w:tabs>
        <w:rPr>
          <w:rFonts w:ascii="Open Sans" w:hAnsi="Open Sans" w:cs="Open Sans"/>
          <w:sz w:val="20"/>
          <w:szCs w:val="20"/>
        </w:rPr>
      </w:pPr>
      <w:r w:rsidRPr="008D761A">
        <w:rPr>
          <w:rFonts w:ascii="Open Sans" w:hAnsi="Open Sans" w:cs="Open Sans"/>
          <w:bCs/>
          <w:sz w:val="20"/>
          <w:szCs w:val="20"/>
        </w:rPr>
        <w:t>UNIVERSITY ADVANCEMENT,</w:t>
      </w:r>
      <w:r w:rsidRPr="008D761A">
        <w:rPr>
          <w:rFonts w:ascii="Open Sans" w:hAnsi="Open Sans" w:cs="Open Sans"/>
          <w:sz w:val="20"/>
          <w:szCs w:val="20"/>
        </w:rPr>
        <w:t xml:space="preserve"> Marquette University, Milwaukee, WI</w:t>
      </w:r>
      <w:r w:rsidRPr="008D761A">
        <w:rPr>
          <w:rFonts w:ascii="Open Sans" w:hAnsi="Open Sans" w:cs="Open Sans"/>
          <w:sz w:val="20"/>
          <w:szCs w:val="20"/>
        </w:rPr>
        <w:tab/>
        <w:t>December 20xx</w:t>
      </w:r>
    </w:p>
    <w:p w14:paraId="3BC02C0E" w14:textId="77777777" w:rsidR="00C23607" w:rsidRPr="008D761A" w:rsidRDefault="00000000">
      <w:pPr>
        <w:rPr>
          <w:rFonts w:ascii="Open Sans ExtraBold" w:hAnsi="Open Sans ExtraBold" w:cs="Open Sans ExtraBold"/>
          <w:b/>
          <w:bCs/>
          <w:sz w:val="20"/>
          <w:szCs w:val="20"/>
        </w:rPr>
      </w:pPr>
      <w:r w:rsidRPr="008D761A">
        <w:rPr>
          <w:rFonts w:ascii="Open Sans ExtraBold" w:hAnsi="Open Sans ExtraBold" w:cs="Open Sans ExtraBold"/>
          <w:b/>
          <w:bCs/>
          <w:sz w:val="20"/>
          <w:szCs w:val="20"/>
        </w:rPr>
        <w:t>Phonathon Student Fundraiser</w:t>
      </w:r>
    </w:p>
    <w:p w14:paraId="5666F272" w14:textId="77777777" w:rsidR="00C23607" w:rsidRPr="008D761A" w:rsidRDefault="00000000">
      <w:pPr>
        <w:pStyle w:val="ListBullet"/>
        <w:spacing w:line="226" w:lineRule="auto"/>
        <w:ind w:left="317" w:hanging="202"/>
        <w:rPr>
          <w:rFonts w:ascii="Open Sans" w:hAnsi="Open Sans" w:cs="Open Sans"/>
          <w:sz w:val="20"/>
          <w:szCs w:val="20"/>
        </w:rPr>
      </w:pPr>
      <w:r w:rsidRPr="008D761A">
        <w:rPr>
          <w:rFonts w:ascii="Open Sans" w:hAnsi="Open Sans" w:cs="Open Sans"/>
          <w:sz w:val="20"/>
          <w:szCs w:val="20"/>
        </w:rPr>
        <w:t>Built rapport with alumni and raised over $6,000 for academic and athletic scholarships</w:t>
      </w:r>
    </w:p>
    <w:p w14:paraId="466FE5B1" w14:textId="77777777" w:rsidR="00C23607" w:rsidRPr="008D761A" w:rsidRDefault="00C23607">
      <w:pPr>
        <w:spacing w:after="20"/>
        <w:rPr>
          <w:rFonts w:ascii="Open Sans" w:hAnsi="Open Sans" w:cs="Open Sans"/>
          <w:sz w:val="20"/>
          <w:szCs w:val="20"/>
        </w:rPr>
      </w:pPr>
    </w:p>
    <w:p w14:paraId="4DCB8ED1" w14:textId="21A53A40" w:rsidR="00C23607" w:rsidRPr="008D761A" w:rsidRDefault="00000000">
      <w:pPr>
        <w:tabs>
          <w:tab w:val="right" w:pos="10008"/>
        </w:tabs>
        <w:rPr>
          <w:rFonts w:ascii="Open Sans" w:hAnsi="Open Sans" w:cs="Open Sans"/>
          <w:sz w:val="20"/>
          <w:szCs w:val="20"/>
        </w:rPr>
      </w:pPr>
      <w:r w:rsidRPr="008D761A">
        <w:rPr>
          <w:rFonts w:ascii="Open Sans" w:hAnsi="Open Sans" w:cs="Open Sans"/>
          <w:bCs/>
          <w:sz w:val="20"/>
          <w:szCs w:val="20"/>
        </w:rPr>
        <w:t>ABBOT</w:t>
      </w:r>
      <w:r w:rsidR="00E26972" w:rsidRPr="008D761A">
        <w:rPr>
          <w:rFonts w:ascii="Open Sans" w:hAnsi="Open Sans" w:cs="Open Sans"/>
          <w:bCs/>
          <w:sz w:val="20"/>
          <w:szCs w:val="20"/>
        </w:rPr>
        <w:t>T</w:t>
      </w:r>
      <w:r w:rsidRPr="008D761A">
        <w:rPr>
          <w:rFonts w:ascii="Open Sans" w:hAnsi="Open Sans" w:cs="Open Sans"/>
          <w:bCs/>
          <w:sz w:val="20"/>
          <w:szCs w:val="20"/>
        </w:rPr>
        <w:t>SFORD HALL COUNCIL,</w:t>
      </w:r>
      <w:r w:rsidRPr="008D761A">
        <w:rPr>
          <w:rFonts w:ascii="Open Sans" w:hAnsi="Open Sans" w:cs="Open Sans"/>
          <w:sz w:val="20"/>
          <w:szCs w:val="20"/>
        </w:rPr>
        <w:t xml:space="preserve"> Marquette University, Milwaukee, WI</w:t>
      </w:r>
      <w:r w:rsidRPr="008D761A">
        <w:rPr>
          <w:rFonts w:ascii="Open Sans" w:hAnsi="Open Sans" w:cs="Open Sans"/>
          <w:sz w:val="20"/>
          <w:szCs w:val="20"/>
        </w:rPr>
        <w:tab/>
        <w:t>August 20xx – December 20xx</w:t>
      </w:r>
    </w:p>
    <w:p w14:paraId="1532C7C3" w14:textId="77777777" w:rsidR="00C23607" w:rsidRPr="008D761A" w:rsidRDefault="00000000">
      <w:pPr>
        <w:rPr>
          <w:rFonts w:ascii="Open Sans ExtraBold" w:hAnsi="Open Sans ExtraBold" w:cs="Open Sans ExtraBold"/>
          <w:b/>
          <w:bCs/>
          <w:sz w:val="20"/>
          <w:szCs w:val="20"/>
        </w:rPr>
      </w:pPr>
      <w:r w:rsidRPr="008D761A">
        <w:rPr>
          <w:rFonts w:ascii="Open Sans ExtraBold" w:hAnsi="Open Sans ExtraBold" w:cs="Open Sans ExtraBold"/>
          <w:b/>
          <w:bCs/>
          <w:sz w:val="20"/>
          <w:szCs w:val="20"/>
        </w:rPr>
        <w:t>Floor Representative</w:t>
      </w:r>
    </w:p>
    <w:p w14:paraId="58264387" w14:textId="77777777" w:rsidR="00C23607" w:rsidRPr="008D761A" w:rsidRDefault="00000000">
      <w:pPr>
        <w:pStyle w:val="ListBullet"/>
        <w:spacing w:line="226" w:lineRule="auto"/>
        <w:ind w:left="317" w:hanging="202"/>
        <w:rPr>
          <w:rFonts w:ascii="Open Sans" w:hAnsi="Open Sans" w:cs="Open Sans"/>
          <w:sz w:val="20"/>
          <w:szCs w:val="20"/>
        </w:rPr>
      </w:pPr>
      <w:r w:rsidRPr="008D761A">
        <w:rPr>
          <w:rFonts w:ascii="Open Sans" w:hAnsi="Open Sans" w:cs="Open Sans"/>
          <w:sz w:val="20"/>
          <w:szCs w:val="20"/>
        </w:rPr>
        <w:t>Attended weekly meetings to discuss residence hall climate and environment and suggested opportunities for improvement</w:t>
      </w:r>
    </w:p>
    <w:sectPr w:rsidR="00C23607" w:rsidRPr="008D761A" w:rsidSect="00034616">
      <w:pgSz w:w="12240" w:h="15840"/>
      <w:pgMar w:top="1080" w:right="1080" w:bottom="1080" w:left="108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Open Sans ExtraBold">
    <w:panose1 w:val="00000000000000000000"/>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0000000000000000000"/>
    <w:charset w:val="00"/>
    <w:family w:val="auto"/>
    <w:pitch w:val="variable"/>
    <w:sig w:usb0="00000003" w:usb1="00000000" w:usb2="00000000" w:usb3="00000000" w:csb0="00000001" w:csb1="00000000"/>
  </w:font>
  <w:font w:name="Open Sans Light">
    <w:panose1 w:val="00000000000000000000"/>
    <w:charset w:val="00"/>
    <w:family w:val="auto"/>
    <w:pitch w:val="variable"/>
    <w:sig w:usb0="E00002FF" w:usb1="4000201B" w:usb2="00000028" w:usb3="00000000" w:csb0="0000019F" w:csb1="00000000"/>
  </w:font>
  <w:font w:name="Open Sans">
    <w:panose1 w:val="020B0606030504020204"/>
    <w:charset w:val="00"/>
    <w:family w:val="auto"/>
    <w:pitch w:val="variable"/>
    <w:sig w:usb0="E00002FF" w:usb1="4000201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65374471">
    <w:abstractNumId w:val="8"/>
  </w:num>
  <w:num w:numId="2" w16cid:durableId="1619876037">
    <w:abstractNumId w:val="6"/>
  </w:num>
  <w:num w:numId="3" w16cid:durableId="1546523083">
    <w:abstractNumId w:val="5"/>
  </w:num>
  <w:num w:numId="4" w16cid:durableId="1487480413">
    <w:abstractNumId w:val="4"/>
  </w:num>
  <w:num w:numId="5" w16cid:durableId="2040352121">
    <w:abstractNumId w:val="7"/>
  </w:num>
  <w:num w:numId="6" w16cid:durableId="699284852">
    <w:abstractNumId w:val="3"/>
  </w:num>
  <w:num w:numId="7" w16cid:durableId="919102904">
    <w:abstractNumId w:val="2"/>
  </w:num>
  <w:num w:numId="8" w16cid:durableId="1316256590">
    <w:abstractNumId w:val="1"/>
  </w:num>
  <w:num w:numId="9" w16cid:durableId="45714602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2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11C7"/>
    <w:rsid w:val="0015074B"/>
    <w:rsid w:val="0029639D"/>
    <w:rsid w:val="00326F90"/>
    <w:rsid w:val="006B132F"/>
    <w:rsid w:val="007732A7"/>
    <w:rsid w:val="008D761A"/>
    <w:rsid w:val="00961360"/>
    <w:rsid w:val="00AA1D8D"/>
    <w:rsid w:val="00B47730"/>
    <w:rsid w:val="00C23607"/>
    <w:rsid w:val="00CB0664"/>
    <w:rsid w:val="00CD67CD"/>
    <w:rsid w:val="00E26972"/>
    <w:rsid w:val="00EE54F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D22FF9"/>
  <w14:defaultImageDpi w14:val="300"/>
  <w15:docId w15:val="{9929723D-A755-9F45-B65B-5D7815EB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sz w:val="18"/>
    </w:rPr>
  </w:style>
  <w:style w:type="paragraph" w:styleId="Heading1">
    <w:name w:val="heading 1"/>
    <w:basedOn w:val="Normal"/>
    <w:next w:val="Normal"/>
    <w:link w:val="Heading1Char"/>
    <w:uiPriority w:val="9"/>
    <w:qFormat/>
    <w:rsid w:val="00FC693F"/>
    <w:pPr>
      <w:spacing w:before="240" w:after="200"/>
      <w:outlineLvl w:val="0"/>
    </w:pPr>
    <w:rPr>
      <w:rFonts w:ascii="Open Sans ExtraBold" w:hAnsi="Open Sans ExtraBold" w:cs="Open Sans ExtraBold"/>
      <w:b/>
      <w:bCs/>
      <w:sz w:val="20"/>
      <w:szCs w:val="20"/>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Open Sans ExtraBold" w:hAnsi="Open Sans ExtraBold" w:cs="Open Sans ExtraBold"/>
      <w:b/>
      <w:bCs/>
      <w:sz w:val="20"/>
      <w:szCs w:val="20"/>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CD67CD"/>
    <w:pPr>
      <w:spacing w:after="20"/>
      <w:jc w:val="center"/>
    </w:pPr>
    <w:rPr>
      <w:rFonts w:ascii="Open Sans ExtraBold" w:hAnsi="Open Sans ExtraBold" w:cs="Open Sans ExtraBold"/>
      <w:b/>
      <w:bCs/>
      <w:sz w:val="32"/>
      <w:szCs w:val="32"/>
    </w:rPr>
  </w:style>
  <w:style w:type="character" w:customStyle="1" w:styleId="TitleChar">
    <w:name w:val="Title Char"/>
    <w:basedOn w:val="DefaultParagraphFont"/>
    <w:link w:val="Title"/>
    <w:uiPriority w:val="10"/>
    <w:rsid w:val="00CD67CD"/>
    <w:rPr>
      <w:rFonts w:ascii="Open Sans ExtraBold" w:eastAsia="Arial" w:hAnsi="Open Sans ExtraBold" w:cs="Open Sans ExtraBold"/>
      <w:b/>
      <w:bCs/>
      <w:sz w:val="32"/>
      <w:szCs w:val="3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278</Words>
  <Characters>1777</Characters>
  <Application>Microsoft Office Word</Application>
  <DocSecurity>0</DocSecurity>
  <Lines>41</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Novak, Mykl</cp:lastModifiedBy>
  <cp:revision>4</cp:revision>
  <dcterms:created xsi:type="dcterms:W3CDTF">2026-07-12T04:53:00Z</dcterms:created>
  <dcterms:modified xsi:type="dcterms:W3CDTF">2026-07-16T23:57:00Z</dcterms:modified>
  <cp:category/>
</cp:coreProperties>
</file>