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6475EF" w14:textId="77777777" w:rsidR="0075079E" w:rsidRPr="00801F91" w:rsidRDefault="00000000" w:rsidP="00801F91">
      <w:pPr>
        <w:pStyle w:val="Title"/>
      </w:pPr>
      <w:r w:rsidRPr="00801F91">
        <w:t>First Name Last Name</w:t>
      </w:r>
    </w:p>
    <w:p w14:paraId="6B0D1DF3" w14:textId="0AF637EC" w:rsidR="0075079E" w:rsidRDefault="00000000">
      <w:pPr>
        <w:spacing w:after="160"/>
        <w:jc w:val="center"/>
      </w:pPr>
      <w:r>
        <w:t xml:space="preserve">Milwaukee, WI 53233 ■ 414-288-7423 ■ </w:t>
      </w:r>
      <w:r w:rsidRPr="009207F8">
        <w:rPr>
          <w:rStyle w:val="Hyperlink"/>
        </w:rPr>
        <w:t>firstname.lastname@marquette.edu</w:t>
      </w:r>
    </w:p>
    <w:p w14:paraId="7142E218" w14:textId="77777777" w:rsidR="0075079E" w:rsidRPr="009207F8" w:rsidRDefault="00000000" w:rsidP="009207F8">
      <w:pPr>
        <w:pStyle w:val="Heading1"/>
        <w:rPr>
          <w:rFonts w:ascii="Open Sans ExtraBold" w:hAnsi="Open Sans ExtraBold" w:cs="Open Sans ExtraBold"/>
        </w:rPr>
      </w:pPr>
      <w:r w:rsidRPr="009207F8">
        <w:rPr>
          <w:rFonts w:ascii="Open Sans ExtraBold" w:hAnsi="Open Sans ExtraBold" w:cs="Open Sans ExtraBold"/>
        </w:rPr>
        <w:t>RELATED EXPERIENCE</w:t>
      </w:r>
    </w:p>
    <w:p w14:paraId="2DE8A56F" w14:textId="77777777" w:rsidR="0075079E" w:rsidRPr="00801F91" w:rsidRDefault="00000000" w:rsidP="009207F8">
      <w:pPr>
        <w:tabs>
          <w:tab w:val="right" w:pos="10080"/>
        </w:tabs>
        <w:rPr>
          <w:sz w:val="20"/>
          <w:szCs w:val="20"/>
        </w:rPr>
      </w:pPr>
      <w:r w:rsidRPr="00801F91">
        <w:rPr>
          <w:bCs/>
          <w:sz w:val="20"/>
          <w:szCs w:val="20"/>
        </w:rPr>
        <w:t>SAINT JOHN’S ON THE LAKE NURSING HOME</w:t>
      </w:r>
      <w:r w:rsidRPr="00801F91">
        <w:rPr>
          <w:sz w:val="20"/>
          <w:szCs w:val="20"/>
        </w:rPr>
        <w:t>, Milwaukee, WI</w:t>
      </w:r>
      <w:r w:rsidRPr="00801F91">
        <w:rPr>
          <w:sz w:val="20"/>
          <w:szCs w:val="20"/>
        </w:rPr>
        <w:tab/>
        <w:t>September 20xx-Present</w:t>
      </w:r>
    </w:p>
    <w:p w14:paraId="511F70C2" w14:textId="77777777" w:rsidR="0075079E" w:rsidRPr="009207F8" w:rsidRDefault="00000000">
      <w:pPr>
        <w:rPr>
          <w:rFonts w:ascii="Open Sans ExtraBold" w:hAnsi="Open Sans ExtraBold" w:cs="Open Sans ExtraBold"/>
          <w:b/>
          <w:bCs/>
          <w:sz w:val="20"/>
          <w:szCs w:val="20"/>
        </w:rPr>
      </w:pPr>
      <w:r w:rsidRPr="009207F8">
        <w:rPr>
          <w:rFonts w:ascii="Open Sans ExtraBold" w:hAnsi="Open Sans ExtraBold" w:cs="Open Sans ExtraBold"/>
          <w:b/>
          <w:bCs/>
          <w:sz w:val="20"/>
          <w:szCs w:val="20"/>
        </w:rPr>
        <w:t>Certified Nursing Assistant</w:t>
      </w:r>
    </w:p>
    <w:p w14:paraId="3E35AFB9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Provide behavioral and emotional support, companionship, and supervision for residents with dementia and Alzheimer’s</w:t>
      </w:r>
    </w:p>
    <w:p w14:paraId="2CA31F9B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Assist patients with activities of daily living while closely following proper infection control procedures</w:t>
      </w:r>
    </w:p>
    <w:p w14:paraId="09003728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Deliver feeding and mobility assistance to patients</w:t>
      </w:r>
    </w:p>
    <w:p w14:paraId="6850B5B2" w14:textId="77777777" w:rsidR="0075079E" w:rsidRPr="00801F91" w:rsidRDefault="0075079E">
      <w:pPr>
        <w:spacing w:after="20"/>
        <w:rPr>
          <w:sz w:val="20"/>
          <w:szCs w:val="20"/>
        </w:rPr>
      </w:pPr>
    </w:p>
    <w:p w14:paraId="7B576865" w14:textId="77777777" w:rsidR="0075079E" w:rsidRPr="00801F91" w:rsidRDefault="00000000">
      <w:pPr>
        <w:tabs>
          <w:tab w:val="right" w:pos="10080"/>
        </w:tabs>
        <w:rPr>
          <w:sz w:val="20"/>
          <w:szCs w:val="20"/>
        </w:rPr>
      </w:pPr>
      <w:r w:rsidRPr="00801F91">
        <w:rPr>
          <w:bCs/>
          <w:sz w:val="20"/>
          <w:szCs w:val="20"/>
        </w:rPr>
        <w:t>ST. LUKE’S HOSPITAL,</w:t>
      </w:r>
      <w:r w:rsidRPr="00801F91">
        <w:rPr>
          <w:sz w:val="20"/>
          <w:szCs w:val="20"/>
        </w:rPr>
        <w:t xml:space="preserve"> Milwaukee, WI</w:t>
      </w:r>
      <w:r w:rsidRPr="00801F91">
        <w:rPr>
          <w:sz w:val="20"/>
          <w:szCs w:val="20"/>
        </w:rPr>
        <w:tab/>
        <w:t>Summer 20xx</w:t>
      </w:r>
    </w:p>
    <w:p w14:paraId="634CD8C2" w14:textId="77777777" w:rsidR="0075079E" w:rsidRPr="00801F91" w:rsidRDefault="00000000">
      <w:pPr>
        <w:rPr>
          <w:rFonts w:ascii="Open Sans ExtraBold" w:hAnsi="Open Sans ExtraBold" w:cs="Open Sans ExtraBold"/>
          <w:b/>
          <w:bCs/>
          <w:sz w:val="20"/>
          <w:szCs w:val="20"/>
        </w:rPr>
      </w:pPr>
      <w:r w:rsidRPr="00801F91">
        <w:rPr>
          <w:rFonts w:ascii="Open Sans ExtraBold" w:hAnsi="Open Sans ExtraBold" w:cs="Open Sans ExtraBold"/>
          <w:b/>
          <w:bCs/>
          <w:sz w:val="20"/>
          <w:szCs w:val="20"/>
        </w:rPr>
        <w:t>Cardiac Telemetry Unit Nurse Intern</w:t>
      </w:r>
    </w:p>
    <w:p w14:paraId="1624843D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Planned and provided nursing care to patients under supervision of registered nurse</w:t>
      </w:r>
    </w:p>
    <w:p w14:paraId="11F1D202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Conducted medical screenings and offered health recommendations to patients</w:t>
      </w:r>
    </w:p>
    <w:p w14:paraId="051252E6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Obtained and recorded patient’s vital signs, intake and output and blood glucose</w:t>
      </w:r>
    </w:p>
    <w:p w14:paraId="2B02EF90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Gained proficiency in use of EPIC Medical Records</w:t>
      </w:r>
    </w:p>
    <w:p w14:paraId="2AAD2F05" w14:textId="77777777" w:rsidR="0075079E" w:rsidRPr="00801F91" w:rsidRDefault="00000000" w:rsidP="009207F8">
      <w:pPr>
        <w:pStyle w:val="Heading1"/>
      </w:pPr>
      <w:r w:rsidRPr="00801F91">
        <w:t>EDUCATION</w:t>
      </w:r>
    </w:p>
    <w:p w14:paraId="50F1A623" w14:textId="77777777" w:rsidR="0075079E" w:rsidRPr="00801F91" w:rsidRDefault="00000000">
      <w:pPr>
        <w:tabs>
          <w:tab w:val="right" w:pos="10080"/>
        </w:tabs>
        <w:rPr>
          <w:sz w:val="20"/>
          <w:szCs w:val="20"/>
        </w:rPr>
      </w:pPr>
      <w:r w:rsidRPr="009207F8">
        <w:rPr>
          <w:rFonts w:ascii="Open Sans SemiBold" w:hAnsi="Open Sans SemiBold" w:cs="Open Sans SemiBold"/>
          <w:b/>
          <w:bCs/>
          <w:sz w:val="20"/>
          <w:szCs w:val="20"/>
        </w:rPr>
        <w:t>MARQUETTE UNIVERSITY</w:t>
      </w:r>
      <w:r w:rsidRPr="00801F91">
        <w:rPr>
          <w:sz w:val="20"/>
          <w:szCs w:val="20"/>
        </w:rPr>
        <w:t>, Milwaukee, WI</w:t>
      </w:r>
      <w:r w:rsidRPr="00801F91">
        <w:rPr>
          <w:sz w:val="20"/>
          <w:szCs w:val="20"/>
        </w:rPr>
        <w:tab/>
        <w:t>May 20xx</w:t>
      </w:r>
    </w:p>
    <w:p w14:paraId="617F65F4" w14:textId="1E3BB9DB" w:rsidR="0075079E" w:rsidRPr="00801F91" w:rsidRDefault="00801F91" w:rsidP="00801F91">
      <w:pPr>
        <w:tabs>
          <w:tab w:val="left" w:pos="720"/>
          <w:tab w:val="right" w:pos="100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801F91">
        <w:rPr>
          <w:sz w:val="20"/>
          <w:szCs w:val="20"/>
        </w:rPr>
        <w:t>Bachelor of Science: Nursing</w:t>
      </w:r>
      <w:r w:rsidRPr="00801F91">
        <w:rPr>
          <w:sz w:val="20"/>
          <w:szCs w:val="20"/>
        </w:rPr>
        <w:tab/>
        <w:t>GPA 3.435/4.0</w:t>
      </w:r>
    </w:p>
    <w:p w14:paraId="6F77284A" w14:textId="7455BF80" w:rsidR="0075079E" w:rsidRPr="00801F91" w:rsidRDefault="00801F91" w:rsidP="00801F91">
      <w:pPr>
        <w:tabs>
          <w:tab w:val="left" w:pos="720"/>
        </w:tabs>
        <w:spacing w:after="20"/>
        <w:rPr>
          <w:sz w:val="20"/>
          <w:szCs w:val="20"/>
        </w:rPr>
      </w:pPr>
      <w:r>
        <w:rPr>
          <w:sz w:val="20"/>
          <w:szCs w:val="20"/>
        </w:rPr>
        <w:tab/>
      </w:r>
      <w:r w:rsidRPr="00801F91">
        <w:rPr>
          <w:sz w:val="20"/>
          <w:szCs w:val="20"/>
        </w:rPr>
        <w:t>Minor: Women and Gender Studies</w:t>
      </w:r>
    </w:p>
    <w:p w14:paraId="4951993E" w14:textId="77777777" w:rsidR="0075079E" w:rsidRDefault="00000000" w:rsidP="009207F8">
      <w:pPr>
        <w:pStyle w:val="Heading1"/>
      </w:pPr>
      <w:r>
        <w:t>CLINICAL EXPERIENCE</w:t>
      </w:r>
    </w:p>
    <w:p w14:paraId="5A70AAD3" w14:textId="77777777" w:rsidR="0075079E" w:rsidRPr="00801F91" w:rsidRDefault="00000000">
      <w:pPr>
        <w:tabs>
          <w:tab w:val="left" w:pos="4536"/>
          <w:tab w:val="right" w:pos="10080"/>
        </w:tabs>
        <w:spacing w:line="228" w:lineRule="auto"/>
        <w:rPr>
          <w:sz w:val="20"/>
          <w:szCs w:val="20"/>
        </w:rPr>
      </w:pPr>
      <w:r w:rsidRPr="00801F91">
        <w:rPr>
          <w:rFonts w:ascii="Open Sans SemiBold" w:hAnsi="Open Sans SemiBold" w:cs="Open Sans SemiBold"/>
          <w:sz w:val="20"/>
          <w:szCs w:val="20"/>
        </w:rPr>
        <w:t>Childbearing Family Nursing</w:t>
      </w:r>
      <w:r w:rsidRPr="00801F91">
        <w:rPr>
          <w:sz w:val="20"/>
          <w:szCs w:val="20"/>
        </w:rPr>
        <w:tab/>
        <w:t>ST. JOSEPH’S HOSPITAL</w:t>
      </w:r>
      <w:r w:rsidRPr="00801F91">
        <w:rPr>
          <w:sz w:val="20"/>
          <w:szCs w:val="20"/>
        </w:rPr>
        <w:tab/>
        <w:t>April 20xx</w:t>
      </w:r>
    </w:p>
    <w:p w14:paraId="2F564F8C" w14:textId="77777777" w:rsidR="0075079E" w:rsidRPr="00801F91" w:rsidRDefault="00000000">
      <w:pPr>
        <w:tabs>
          <w:tab w:val="left" w:pos="4536"/>
          <w:tab w:val="right" w:pos="10080"/>
        </w:tabs>
        <w:spacing w:line="228" w:lineRule="auto"/>
        <w:rPr>
          <w:sz w:val="20"/>
          <w:szCs w:val="20"/>
        </w:rPr>
      </w:pPr>
      <w:r w:rsidRPr="00801F91">
        <w:rPr>
          <w:rFonts w:ascii="Open Sans SemiBold" w:hAnsi="Open Sans SemiBold" w:cs="Open Sans SemiBold"/>
          <w:sz w:val="20"/>
          <w:szCs w:val="20"/>
        </w:rPr>
        <w:t>Nursing of Communities</w:t>
      </w:r>
      <w:r w:rsidRPr="00801F91">
        <w:rPr>
          <w:sz w:val="20"/>
          <w:szCs w:val="20"/>
        </w:rPr>
        <w:tab/>
        <w:t>CITY OF MILWAUKEE HEALTH DEPARTMENT</w:t>
      </w:r>
      <w:r w:rsidRPr="00801F91">
        <w:rPr>
          <w:sz w:val="20"/>
          <w:szCs w:val="20"/>
        </w:rPr>
        <w:tab/>
        <w:t>March 20xx</w:t>
      </w:r>
    </w:p>
    <w:p w14:paraId="1D36811B" w14:textId="77777777" w:rsidR="0075079E" w:rsidRPr="00801F91" w:rsidRDefault="00000000">
      <w:pPr>
        <w:tabs>
          <w:tab w:val="left" w:pos="4536"/>
          <w:tab w:val="right" w:pos="10080"/>
        </w:tabs>
        <w:spacing w:line="228" w:lineRule="auto"/>
        <w:rPr>
          <w:sz w:val="20"/>
          <w:szCs w:val="20"/>
        </w:rPr>
      </w:pPr>
      <w:r w:rsidRPr="00801F91">
        <w:rPr>
          <w:rFonts w:ascii="Open Sans SemiBold" w:hAnsi="Open Sans SemiBold" w:cs="Open Sans SemiBold"/>
          <w:sz w:val="20"/>
          <w:szCs w:val="20"/>
        </w:rPr>
        <w:t>Nursing Care of Adults</w:t>
      </w:r>
      <w:r w:rsidRPr="00801F91">
        <w:rPr>
          <w:sz w:val="20"/>
          <w:szCs w:val="20"/>
        </w:rPr>
        <w:tab/>
        <w:t>ST. LUKE’S MEDICAL CENTER</w:t>
      </w:r>
      <w:r w:rsidRPr="00801F91">
        <w:rPr>
          <w:sz w:val="20"/>
          <w:szCs w:val="20"/>
        </w:rPr>
        <w:tab/>
        <w:t>February 20xx</w:t>
      </w:r>
    </w:p>
    <w:p w14:paraId="4F03BB14" w14:textId="77777777" w:rsidR="0075079E" w:rsidRPr="00801F91" w:rsidRDefault="00000000">
      <w:pPr>
        <w:tabs>
          <w:tab w:val="left" w:pos="4536"/>
          <w:tab w:val="right" w:pos="10080"/>
        </w:tabs>
        <w:spacing w:line="228" w:lineRule="auto"/>
        <w:rPr>
          <w:sz w:val="20"/>
          <w:szCs w:val="20"/>
        </w:rPr>
      </w:pPr>
      <w:r w:rsidRPr="00801F91">
        <w:rPr>
          <w:rFonts w:ascii="Open Sans SemiBold" w:hAnsi="Open Sans SemiBold" w:cs="Open Sans SemiBold"/>
          <w:sz w:val="20"/>
          <w:szCs w:val="20"/>
        </w:rPr>
        <w:t>Family Centered Nursing of Children</w:t>
      </w:r>
      <w:r w:rsidRPr="00801F91">
        <w:rPr>
          <w:sz w:val="20"/>
          <w:szCs w:val="20"/>
        </w:rPr>
        <w:tab/>
        <w:t>CHILDREN’S WISCONSIN</w:t>
      </w:r>
      <w:r w:rsidRPr="00801F91">
        <w:rPr>
          <w:sz w:val="20"/>
          <w:szCs w:val="20"/>
        </w:rPr>
        <w:tab/>
        <w:t>October 20xx</w:t>
      </w:r>
    </w:p>
    <w:p w14:paraId="5D2CD909" w14:textId="77777777" w:rsidR="0075079E" w:rsidRPr="00801F91" w:rsidRDefault="00000000">
      <w:pPr>
        <w:tabs>
          <w:tab w:val="left" w:pos="4536"/>
          <w:tab w:val="right" w:pos="10080"/>
        </w:tabs>
        <w:spacing w:after="80" w:line="228" w:lineRule="auto"/>
        <w:rPr>
          <w:sz w:val="20"/>
          <w:szCs w:val="20"/>
        </w:rPr>
      </w:pPr>
      <w:r w:rsidRPr="00801F91">
        <w:rPr>
          <w:rFonts w:ascii="Open Sans SemiBold" w:hAnsi="Open Sans SemiBold" w:cs="Open Sans SemiBold"/>
          <w:sz w:val="20"/>
          <w:szCs w:val="20"/>
        </w:rPr>
        <w:t>Nursing Care of Acutely Ill Adults</w:t>
      </w:r>
      <w:r w:rsidRPr="00801F91">
        <w:rPr>
          <w:sz w:val="20"/>
          <w:szCs w:val="20"/>
        </w:rPr>
        <w:tab/>
        <w:t>FROEDTERT HOSPITAL</w:t>
      </w:r>
      <w:r w:rsidRPr="00801F91">
        <w:rPr>
          <w:sz w:val="20"/>
          <w:szCs w:val="20"/>
        </w:rPr>
        <w:tab/>
        <w:t>December 20xx</w:t>
      </w:r>
    </w:p>
    <w:p w14:paraId="1C8F2841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Collaborated as member of health care team to plan and provide quality care for patients</w:t>
      </w:r>
    </w:p>
    <w:p w14:paraId="3B08145D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Worked in critical care unit with respirators, IVs and sterile environment</w:t>
      </w:r>
    </w:p>
    <w:p w14:paraId="400209F4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Conducted head to toe assessments of patients</w:t>
      </w:r>
    </w:p>
    <w:p w14:paraId="2944AB23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Assessed and monitored patient status and provided personal care</w:t>
      </w:r>
    </w:p>
    <w:p w14:paraId="4A661ADB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Evaluated patient knowledge and provided education as needed</w:t>
      </w:r>
    </w:p>
    <w:p w14:paraId="4A2125CA" w14:textId="77777777" w:rsidR="0075079E" w:rsidRPr="00801F91" w:rsidRDefault="00000000">
      <w:pPr>
        <w:pStyle w:val="ListBullet"/>
        <w:spacing w:line="216" w:lineRule="auto"/>
        <w:ind w:left="317" w:hanging="202"/>
        <w:rPr>
          <w:sz w:val="20"/>
          <w:szCs w:val="20"/>
        </w:rPr>
      </w:pPr>
      <w:r w:rsidRPr="00801F91">
        <w:rPr>
          <w:sz w:val="20"/>
          <w:szCs w:val="20"/>
        </w:rPr>
        <w:t>Interacted with patients and families to promote supportive environment</w:t>
      </w:r>
    </w:p>
    <w:p w14:paraId="74B3953D" w14:textId="77777777" w:rsidR="0075079E" w:rsidRDefault="00000000" w:rsidP="009207F8">
      <w:pPr>
        <w:pStyle w:val="Heading1"/>
      </w:pPr>
      <w:r>
        <w:t>ADDITIONAL EXPERIENCE</w:t>
      </w:r>
    </w:p>
    <w:p w14:paraId="287143B7" w14:textId="77777777" w:rsidR="0075079E" w:rsidRPr="00801F91" w:rsidRDefault="00000000">
      <w:pPr>
        <w:tabs>
          <w:tab w:val="right" w:pos="10080"/>
        </w:tabs>
        <w:rPr>
          <w:sz w:val="20"/>
          <w:szCs w:val="20"/>
        </w:rPr>
      </w:pPr>
      <w:r w:rsidRPr="00801F91">
        <w:rPr>
          <w:rFonts w:ascii="Open Sans SemiBold" w:hAnsi="Open Sans SemiBold" w:cs="Open Sans SemiBold"/>
          <w:b/>
          <w:bCs/>
          <w:sz w:val="20"/>
          <w:szCs w:val="20"/>
        </w:rPr>
        <w:t>Desk Receptionist</w:t>
      </w:r>
      <w:r w:rsidRPr="00801F91">
        <w:rPr>
          <w:sz w:val="20"/>
          <w:szCs w:val="20"/>
        </w:rPr>
        <w:t xml:space="preserve">, MARQUETTE UNIVERSITY COBEEN HALL, </w:t>
      </w:r>
      <w:r w:rsidRPr="00801F91">
        <w:rPr>
          <w:i/>
          <w:sz w:val="20"/>
          <w:szCs w:val="20"/>
        </w:rPr>
        <w:t>Milwaukee, WI</w:t>
      </w:r>
      <w:r w:rsidRPr="00801F91">
        <w:rPr>
          <w:sz w:val="20"/>
          <w:szCs w:val="20"/>
        </w:rPr>
        <w:tab/>
        <w:t>Spring 20xx-Present</w:t>
      </w:r>
    </w:p>
    <w:p w14:paraId="1C3F9561" w14:textId="77777777" w:rsidR="0075079E" w:rsidRPr="00801F91" w:rsidRDefault="00000000">
      <w:pPr>
        <w:tabs>
          <w:tab w:val="right" w:pos="10080"/>
        </w:tabs>
        <w:rPr>
          <w:sz w:val="20"/>
          <w:szCs w:val="20"/>
        </w:rPr>
      </w:pPr>
      <w:r w:rsidRPr="00801F91">
        <w:rPr>
          <w:rFonts w:ascii="Open Sans SemiBold" w:hAnsi="Open Sans SemiBold" w:cs="Open Sans SemiBold"/>
          <w:b/>
          <w:bCs/>
          <w:sz w:val="20"/>
          <w:szCs w:val="20"/>
        </w:rPr>
        <w:t>Receptionist</w:t>
      </w:r>
      <w:r w:rsidRPr="00801F91">
        <w:rPr>
          <w:sz w:val="20"/>
          <w:szCs w:val="20"/>
        </w:rPr>
        <w:t xml:space="preserve">, GUNDERSON MEDICAL CLINIC, </w:t>
      </w:r>
      <w:r w:rsidRPr="00801F91">
        <w:rPr>
          <w:i/>
          <w:sz w:val="20"/>
          <w:szCs w:val="20"/>
        </w:rPr>
        <w:t>Madison, WI</w:t>
      </w:r>
      <w:r w:rsidRPr="00801F91">
        <w:rPr>
          <w:sz w:val="20"/>
          <w:szCs w:val="20"/>
        </w:rPr>
        <w:tab/>
        <w:t>Summer 20xx</w:t>
      </w:r>
    </w:p>
    <w:p w14:paraId="4E52722B" w14:textId="77777777" w:rsidR="0075079E" w:rsidRDefault="00000000" w:rsidP="009207F8">
      <w:pPr>
        <w:pStyle w:val="Heading1"/>
      </w:pPr>
      <w:r>
        <w:t>PROFESSIONAL AFFILIATIONS AND ADDITIONAL SKILLS</w:t>
      </w:r>
    </w:p>
    <w:p w14:paraId="4BF2C3D9" w14:textId="77777777" w:rsidR="0075079E" w:rsidRPr="00801F91" w:rsidRDefault="00000000">
      <w:pPr>
        <w:rPr>
          <w:sz w:val="20"/>
          <w:szCs w:val="20"/>
        </w:rPr>
      </w:pPr>
      <w:r w:rsidRPr="00801F91">
        <w:rPr>
          <w:sz w:val="20"/>
          <w:szCs w:val="20"/>
        </w:rPr>
        <w:t>Marquette University National Student Nurse Association, Treasurer</w:t>
      </w:r>
    </w:p>
    <w:p w14:paraId="3B5028B6" w14:textId="77777777" w:rsidR="0075079E" w:rsidRPr="00801F91" w:rsidRDefault="00000000">
      <w:pPr>
        <w:rPr>
          <w:sz w:val="20"/>
          <w:szCs w:val="20"/>
        </w:rPr>
      </w:pPr>
      <w:r w:rsidRPr="00801F91">
        <w:rPr>
          <w:sz w:val="20"/>
          <w:szCs w:val="20"/>
        </w:rPr>
        <w:t>Wisconsin Nurses Association, Member</w:t>
      </w:r>
    </w:p>
    <w:p w14:paraId="0D368F88" w14:textId="77777777" w:rsidR="0075079E" w:rsidRPr="00801F91" w:rsidRDefault="00000000">
      <w:pPr>
        <w:rPr>
          <w:sz w:val="20"/>
          <w:szCs w:val="20"/>
        </w:rPr>
      </w:pPr>
      <w:r w:rsidRPr="00801F91">
        <w:rPr>
          <w:sz w:val="20"/>
          <w:szCs w:val="20"/>
        </w:rPr>
        <w:t>Sigma Theta Tau (Nursing Honor Society), Member</w:t>
      </w:r>
    </w:p>
    <w:p w14:paraId="012D1DD7" w14:textId="77777777" w:rsidR="0075079E" w:rsidRPr="00801F91" w:rsidRDefault="00000000">
      <w:pPr>
        <w:rPr>
          <w:sz w:val="20"/>
          <w:szCs w:val="20"/>
        </w:rPr>
      </w:pPr>
      <w:r w:rsidRPr="00801F91">
        <w:rPr>
          <w:sz w:val="20"/>
          <w:szCs w:val="20"/>
        </w:rPr>
        <w:t>CPR/AED Certified through American Heart Association</w:t>
      </w:r>
    </w:p>
    <w:sectPr w:rsidR="0075079E" w:rsidRPr="00801F91" w:rsidSect="00034616"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4795684">
    <w:abstractNumId w:val="8"/>
  </w:num>
  <w:num w:numId="2" w16cid:durableId="1810971350">
    <w:abstractNumId w:val="6"/>
  </w:num>
  <w:num w:numId="3" w16cid:durableId="1844128376">
    <w:abstractNumId w:val="5"/>
  </w:num>
  <w:num w:numId="4" w16cid:durableId="965739162">
    <w:abstractNumId w:val="4"/>
  </w:num>
  <w:num w:numId="5" w16cid:durableId="1603609435">
    <w:abstractNumId w:val="7"/>
  </w:num>
  <w:num w:numId="6" w16cid:durableId="1436244617">
    <w:abstractNumId w:val="3"/>
  </w:num>
  <w:num w:numId="7" w16cid:durableId="1485505583">
    <w:abstractNumId w:val="2"/>
  </w:num>
  <w:num w:numId="8" w16cid:durableId="245648131">
    <w:abstractNumId w:val="1"/>
  </w:num>
  <w:num w:numId="9" w16cid:durableId="5259435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1C7"/>
    <w:rsid w:val="0015074B"/>
    <w:rsid w:val="0029639D"/>
    <w:rsid w:val="002B5918"/>
    <w:rsid w:val="00326F90"/>
    <w:rsid w:val="0075079E"/>
    <w:rsid w:val="00801F91"/>
    <w:rsid w:val="009207F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1F789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Open Sans" w:eastAsia="Open Sans" w:hAnsi="Open Sans" w:cs="Open Sans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F91"/>
    <w:pPr>
      <w:pBdr>
        <w:bottom w:val="single" w:sz="6" w:space="1" w:color="000000"/>
      </w:pBdr>
      <w:spacing w:before="240" w:after="60"/>
      <w:outlineLvl w:val="0"/>
    </w:pPr>
    <w:rPr>
      <w:rFonts w:ascii="Open Sans SemiBold" w:hAnsi="Open Sans SemiBold" w:cs="Open Sans SemiBold"/>
      <w:b/>
      <w:bCs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01F91"/>
    <w:pPr>
      <w:pBdr>
        <w:bottom w:val="single" w:sz="6" w:space="1" w:color="000000"/>
      </w:pBdr>
      <w:spacing w:before="240" w:after="60"/>
    </w:pPr>
    <w:rPr>
      <w:rFonts w:ascii="Open Sans SemiBold" w:hAnsi="Open Sans SemiBold" w:cs="Open Sans SemiBold"/>
      <w:b/>
      <w:bC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60"/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FC693F"/>
    <w:pPr>
      <w:spacing w:after="60"/>
      <w:jc w:val="center"/>
    </w:pPr>
    <w:rPr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2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1896</Characters>
  <Application>Microsoft Office Word</Application>
  <DocSecurity>0</DocSecurity>
  <Lines>40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Novak, Mykl</cp:lastModifiedBy>
  <cp:revision>3</cp:revision>
  <dcterms:created xsi:type="dcterms:W3CDTF">2026-07-12T04:52:00Z</dcterms:created>
  <dcterms:modified xsi:type="dcterms:W3CDTF">2026-07-12T04:56:00Z</dcterms:modified>
  <cp:category/>
</cp:coreProperties>
</file>