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591B1" w14:textId="0255F066" w:rsidR="000D4D4D" w:rsidRPr="00023F2E" w:rsidRDefault="00000000" w:rsidP="00C21BBD">
      <w:pPr>
        <w:pStyle w:val="Title"/>
      </w:pPr>
      <w:r w:rsidRPr="00023F2E">
        <w:t>First Name Last Name</w:t>
      </w:r>
    </w:p>
    <w:p w14:paraId="67145A86" w14:textId="63AAFB3C" w:rsidR="00023F2E" w:rsidRDefault="00023F2E">
      <w:pPr>
        <w:tabs>
          <w:tab w:val="center" w:pos="5040"/>
          <w:tab w:val="right" w:pos="10080"/>
        </w:tabs>
        <w:spacing w:line="235" w:lineRule="auto"/>
        <w:rPr>
          <w:sz w:val="20"/>
          <w:szCs w:val="20"/>
        </w:rPr>
      </w:pPr>
      <w:r w:rsidRPr="00023F2E">
        <w:rPr>
          <w:i/>
          <w:sz w:val="20"/>
          <w:szCs w:val="20"/>
        </w:rPr>
        <w:t>Current Address:</w:t>
      </w:r>
      <w:r>
        <w:rPr>
          <w:i/>
          <w:sz w:val="20"/>
          <w:szCs w:val="20"/>
        </w:rPr>
        <w:tab/>
      </w:r>
      <w:r w:rsidR="00C21BBD" w:rsidRPr="00023F2E">
        <w:rPr>
          <w:sz w:val="20"/>
          <w:szCs w:val="20"/>
        </w:rPr>
        <w:t>414.288.7423</w:t>
      </w:r>
      <w:r>
        <w:rPr>
          <w:i/>
          <w:sz w:val="20"/>
          <w:szCs w:val="20"/>
        </w:rPr>
        <w:tab/>
      </w:r>
      <w:r w:rsidRPr="00023F2E">
        <w:rPr>
          <w:i/>
          <w:sz w:val="20"/>
          <w:szCs w:val="20"/>
        </w:rPr>
        <w:t>Permanent Address:</w:t>
      </w:r>
    </w:p>
    <w:p w14:paraId="6C3305F2" w14:textId="4C103452" w:rsidR="000D4D4D" w:rsidRPr="00023F2E" w:rsidRDefault="00000000">
      <w:pPr>
        <w:tabs>
          <w:tab w:val="center" w:pos="5040"/>
          <w:tab w:val="right" w:pos="10080"/>
        </w:tabs>
        <w:spacing w:line="235" w:lineRule="auto"/>
        <w:rPr>
          <w:sz w:val="20"/>
          <w:szCs w:val="20"/>
        </w:rPr>
      </w:pPr>
      <w:r w:rsidRPr="00023F2E">
        <w:rPr>
          <w:sz w:val="20"/>
          <w:szCs w:val="20"/>
        </w:rPr>
        <w:t>1415 W. Wisconsin Ave</w:t>
      </w:r>
      <w:r w:rsidRPr="00023F2E">
        <w:rPr>
          <w:sz w:val="20"/>
          <w:szCs w:val="20"/>
        </w:rPr>
        <w:tab/>
      </w:r>
      <w:r w:rsidR="00C21BBD" w:rsidRPr="00023F2E">
        <w:rPr>
          <w:rStyle w:val="Hyperlink"/>
          <w:sz w:val="20"/>
          <w:szCs w:val="20"/>
        </w:rPr>
        <w:t>firstname.lastname@marquette.edu</w:t>
      </w:r>
      <w:r w:rsidRPr="00023F2E">
        <w:rPr>
          <w:sz w:val="20"/>
          <w:szCs w:val="20"/>
        </w:rPr>
        <w:tab/>
        <w:t>502 East Capitol St. NE</w:t>
      </w:r>
    </w:p>
    <w:p w14:paraId="7C77FC29" w14:textId="38C8420E" w:rsidR="000D4D4D" w:rsidRPr="00023F2E" w:rsidRDefault="00000000">
      <w:pPr>
        <w:tabs>
          <w:tab w:val="center" w:pos="5040"/>
          <w:tab w:val="right" w:pos="10080"/>
        </w:tabs>
        <w:spacing w:after="160" w:line="235" w:lineRule="auto"/>
        <w:rPr>
          <w:sz w:val="20"/>
          <w:szCs w:val="20"/>
        </w:rPr>
      </w:pPr>
      <w:r w:rsidRPr="00023F2E">
        <w:rPr>
          <w:sz w:val="20"/>
          <w:szCs w:val="20"/>
        </w:rPr>
        <w:t>Milwaukee, WI 53233</w:t>
      </w:r>
      <w:r w:rsidRPr="00023F2E">
        <w:rPr>
          <w:sz w:val="20"/>
          <w:szCs w:val="20"/>
        </w:rPr>
        <w:tab/>
      </w:r>
      <w:r w:rsidRPr="00023F2E">
        <w:rPr>
          <w:sz w:val="20"/>
          <w:szCs w:val="20"/>
        </w:rPr>
        <w:tab/>
        <w:t>Washington</w:t>
      </w:r>
      <w:r w:rsidR="00705708">
        <w:rPr>
          <w:sz w:val="20"/>
          <w:szCs w:val="20"/>
        </w:rPr>
        <w:t>,</w:t>
      </w:r>
      <w:r w:rsidRPr="00023F2E">
        <w:rPr>
          <w:sz w:val="20"/>
          <w:szCs w:val="20"/>
        </w:rPr>
        <w:t xml:space="preserve"> D.C. 20003</w:t>
      </w:r>
    </w:p>
    <w:p w14:paraId="2211BCA3" w14:textId="77777777" w:rsidR="000D4D4D" w:rsidRPr="00023F2E" w:rsidRDefault="00000000" w:rsidP="00023F2E">
      <w:pPr>
        <w:pStyle w:val="Heading1"/>
      </w:pPr>
      <w:r w:rsidRPr="00023F2E">
        <w:t>SKILLS</w:t>
      </w:r>
    </w:p>
    <w:p w14:paraId="1D7E89EA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Proficient in written and verbal Spanish</w:t>
      </w:r>
    </w:p>
    <w:p w14:paraId="1A7DA18A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Hands-on healthcare experience working as a Medical Scribe</w:t>
      </w:r>
    </w:p>
    <w:p w14:paraId="60AAE234" w14:textId="77777777" w:rsidR="000D4D4D" w:rsidRPr="00023F2E" w:rsidRDefault="00000000" w:rsidP="00023F2E">
      <w:pPr>
        <w:pStyle w:val="Heading1"/>
      </w:pPr>
      <w:r w:rsidRPr="00023F2E">
        <w:t>EDUCATION</w:t>
      </w:r>
    </w:p>
    <w:p w14:paraId="16B4D224" w14:textId="77777777" w:rsidR="000D4D4D" w:rsidRPr="00023F2E" w:rsidRDefault="00000000">
      <w:pPr>
        <w:tabs>
          <w:tab w:val="right" w:pos="10080"/>
        </w:tabs>
        <w:spacing w:line="230" w:lineRule="auto"/>
        <w:rPr>
          <w:sz w:val="20"/>
          <w:szCs w:val="20"/>
        </w:rPr>
      </w:pPr>
      <w:r w:rsidRPr="00023F2E">
        <w:rPr>
          <w:bCs/>
          <w:sz w:val="20"/>
          <w:szCs w:val="20"/>
        </w:rPr>
        <w:t>MARQUETTE UNIVERSITY</w:t>
      </w:r>
      <w:r w:rsidRPr="00023F2E">
        <w:rPr>
          <w:sz w:val="20"/>
          <w:szCs w:val="20"/>
        </w:rPr>
        <w:t>, Milwaukee, WI</w:t>
      </w:r>
      <w:r w:rsidRPr="00023F2E">
        <w:rPr>
          <w:sz w:val="20"/>
          <w:szCs w:val="20"/>
        </w:rPr>
        <w:tab/>
        <w:t>May 20xx</w:t>
      </w:r>
    </w:p>
    <w:p w14:paraId="31EE5C1C" w14:textId="77777777" w:rsidR="000D4D4D" w:rsidRPr="00023F2E" w:rsidRDefault="00000000">
      <w:pPr>
        <w:rPr>
          <w:sz w:val="20"/>
          <w:szCs w:val="20"/>
        </w:rPr>
      </w:pPr>
      <w:r w:rsidRPr="00023F2E">
        <w:rPr>
          <w:b/>
          <w:sz w:val="20"/>
          <w:szCs w:val="20"/>
        </w:rPr>
        <w:t>Bachelor of Science Degree in Biomedical Sciences</w:t>
      </w:r>
    </w:p>
    <w:p w14:paraId="20507E62" w14:textId="77777777" w:rsidR="000D4D4D" w:rsidRPr="00023F2E" w:rsidRDefault="00000000">
      <w:pPr>
        <w:rPr>
          <w:sz w:val="20"/>
          <w:szCs w:val="20"/>
        </w:rPr>
      </w:pPr>
      <w:r w:rsidRPr="00023F2E">
        <w:rPr>
          <w:sz w:val="20"/>
          <w:szCs w:val="20"/>
        </w:rPr>
        <w:t>Awards and Scholarships:</w:t>
      </w:r>
    </w:p>
    <w:p w14:paraId="4B0D31C5" w14:textId="77777777" w:rsidR="000D4D4D" w:rsidRDefault="00000000" w:rsidP="00023F2E">
      <w:pPr>
        <w:spacing w:after="20" w:line="211" w:lineRule="auto"/>
        <w:ind w:left="720"/>
        <w:rPr>
          <w:sz w:val="20"/>
          <w:szCs w:val="20"/>
        </w:rPr>
      </w:pPr>
      <w:r w:rsidRPr="00023F2E">
        <w:rPr>
          <w:sz w:val="20"/>
          <w:szCs w:val="20"/>
        </w:rPr>
        <w:t>Dean’s List (Spring 20xx, Fall 20xx), Biomedical Sciences Department Scholarship (20xx), Marquette Ignatius/Magis Scholarship (20xx-present), Hoyt Scholarship (20xx)</w:t>
      </w:r>
    </w:p>
    <w:p w14:paraId="0516EF33" w14:textId="77777777" w:rsidR="00023F2E" w:rsidRPr="00023F2E" w:rsidRDefault="00023F2E" w:rsidP="00023F2E">
      <w:pPr>
        <w:spacing w:after="20" w:line="211" w:lineRule="auto"/>
        <w:ind w:left="720"/>
        <w:rPr>
          <w:sz w:val="20"/>
          <w:szCs w:val="20"/>
        </w:rPr>
      </w:pPr>
    </w:p>
    <w:p w14:paraId="543B26EF" w14:textId="77777777" w:rsidR="000D4D4D" w:rsidRPr="00023F2E" w:rsidRDefault="00000000">
      <w:pPr>
        <w:tabs>
          <w:tab w:val="right" w:pos="10080"/>
        </w:tabs>
        <w:spacing w:before="20" w:line="230" w:lineRule="auto"/>
        <w:rPr>
          <w:sz w:val="20"/>
          <w:szCs w:val="20"/>
        </w:rPr>
      </w:pPr>
      <w:r w:rsidRPr="00023F2E">
        <w:rPr>
          <w:bCs/>
          <w:sz w:val="20"/>
          <w:szCs w:val="20"/>
        </w:rPr>
        <w:t>SANTA CLARA UNIVERSITY – CASA DE LA SOLIDARIDAD</w:t>
      </w:r>
      <w:r w:rsidRPr="00023F2E">
        <w:rPr>
          <w:sz w:val="20"/>
          <w:szCs w:val="20"/>
        </w:rPr>
        <w:t>, San Salvador, El Salvador</w:t>
      </w:r>
      <w:r w:rsidRPr="00023F2E">
        <w:rPr>
          <w:sz w:val="20"/>
          <w:szCs w:val="20"/>
        </w:rPr>
        <w:tab/>
        <w:t>Summer 20xx</w:t>
      </w:r>
    </w:p>
    <w:p w14:paraId="7C518CE4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Developed conversational Spanish language skills</w:t>
      </w:r>
    </w:p>
    <w:p w14:paraId="5F970083" w14:textId="77777777" w:rsidR="000D4D4D" w:rsidRPr="00023F2E" w:rsidRDefault="00000000" w:rsidP="00023F2E">
      <w:pPr>
        <w:pStyle w:val="Heading1"/>
      </w:pPr>
      <w:r w:rsidRPr="00023F2E">
        <w:t>RELEVANT EXPERIENCE</w:t>
      </w:r>
    </w:p>
    <w:p w14:paraId="3EFB7AD4" w14:textId="4090319A" w:rsidR="000D4D4D" w:rsidRPr="00023F2E" w:rsidRDefault="00000000">
      <w:pPr>
        <w:tabs>
          <w:tab w:val="right" w:pos="10080"/>
        </w:tabs>
        <w:spacing w:line="230" w:lineRule="auto"/>
        <w:rPr>
          <w:sz w:val="20"/>
          <w:szCs w:val="20"/>
        </w:rPr>
      </w:pPr>
      <w:r w:rsidRPr="00023F2E">
        <w:rPr>
          <w:rFonts w:ascii="Open Sans SemiBold" w:hAnsi="Open Sans SemiBold" w:cs="Open Sans SemiBold"/>
          <w:b/>
          <w:bCs/>
          <w:sz w:val="20"/>
          <w:szCs w:val="20"/>
        </w:rPr>
        <w:t>PHYSASSIST SCRIBES INC</w:t>
      </w:r>
      <w:r w:rsidRPr="00023F2E">
        <w:rPr>
          <w:sz w:val="20"/>
          <w:szCs w:val="20"/>
        </w:rPr>
        <w:t>, Milwaukee, WI</w:t>
      </w:r>
      <w:r w:rsidRPr="00023F2E">
        <w:rPr>
          <w:sz w:val="20"/>
          <w:szCs w:val="20"/>
        </w:rPr>
        <w:tab/>
        <w:t>October 20xx</w:t>
      </w:r>
      <w:r w:rsidR="00023F2E">
        <w:rPr>
          <w:sz w:val="20"/>
          <w:szCs w:val="20"/>
        </w:rPr>
        <w:t xml:space="preserve"> </w:t>
      </w:r>
      <w:r w:rsidRPr="00023F2E">
        <w:rPr>
          <w:sz w:val="20"/>
          <w:szCs w:val="20"/>
        </w:rPr>
        <w:t>– Present</w:t>
      </w:r>
    </w:p>
    <w:p w14:paraId="50A3FDAB" w14:textId="77777777" w:rsidR="000D4D4D" w:rsidRPr="00023F2E" w:rsidRDefault="00000000">
      <w:pPr>
        <w:rPr>
          <w:sz w:val="20"/>
          <w:szCs w:val="20"/>
        </w:rPr>
      </w:pPr>
      <w:r w:rsidRPr="00023F2E">
        <w:rPr>
          <w:sz w:val="20"/>
          <w:szCs w:val="20"/>
        </w:rPr>
        <w:t>Medical Scribe</w:t>
      </w:r>
    </w:p>
    <w:p w14:paraId="3E475D1E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Assist Physicians and Physician Assistants in emergency room to maintain efficient workflow</w:t>
      </w:r>
    </w:p>
    <w:p w14:paraId="52CC1320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Record patient history, chief complaints and diagnostic test result</w:t>
      </w:r>
    </w:p>
    <w:p w14:paraId="7A069A8C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Order x-rays and prepare plans for follow-up care using EPIC electronic medical record systems</w:t>
      </w:r>
    </w:p>
    <w:p w14:paraId="6A63EA96" w14:textId="77777777" w:rsidR="000D4D4D" w:rsidRPr="00023F2E" w:rsidRDefault="000D4D4D">
      <w:pPr>
        <w:spacing w:after="20"/>
        <w:rPr>
          <w:sz w:val="20"/>
          <w:szCs w:val="20"/>
        </w:rPr>
      </w:pPr>
    </w:p>
    <w:p w14:paraId="162B74C1" w14:textId="22235568" w:rsidR="000D4D4D" w:rsidRPr="00023F2E" w:rsidRDefault="00000000">
      <w:pPr>
        <w:tabs>
          <w:tab w:val="right" w:pos="10080"/>
        </w:tabs>
        <w:spacing w:line="230" w:lineRule="auto"/>
        <w:rPr>
          <w:sz w:val="20"/>
          <w:szCs w:val="20"/>
        </w:rPr>
      </w:pPr>
      <w:r w:rsidRPr="00023F2E">
        <w:rPr>
          <w:rFonts w:ascii="Open Sans SemiBold" w:hAnsi="Open Sans SemiBold" w:cs="Open Sans SemiBold"/>
          <w:sz w:val="20"/>
          <w:szCs w:val="20"/>
        </w:rPr>
        <w:t>AURORA MEDICAL CENTER</w:t>
      </w:r>
      <w:r w:rsidRPr="00023F2E">
        <w:rPr>
          <w:sz w:val="20"/>
          <w:szCs w:val="20"/>
        </w:rPr>
        <w:t>, Milwaukee, WI</w:t>
      </w:r>
      <w:r w:rsidRPr="00023F2E">
        <w:rPr>
          <w:sz w:val="20"/>
          <w:szCs w:val="20"/>
        </w:rPr>
        <w:tab/>
        <w:t>August 20xx</w:t>
      </w:r>
      <w:r w:rsidR="00023F2E">
        <w:rPr>
          <w:sz w:val="20"/>
          <w:szCs w:val="20"/>
        </w:rPr>
        <w:t xml:space="preserve"> </w:t>
      </w:r>
      <w:r w:rsidRPr="00023F2E">
        <w:rPr>
          <w:sz w:val="20"/>
          <w:szCs w:val="20"/>
        </w:rPr>
        <w:t>– Present</w:t>
      </w:r>
    </w:p>
    <w:p w14:paraId="1C2AD80C" w14:textId="77777777" w:rsidR="000D4D4D" w:rsidRPr="00023F2E" w:rsidRDefault="00000000">
      <w:pPr>
        <w:rPr>
          <w:sz w:val="20"/>
          <w:szCs w:val="20"/>
        </w:rPr>
      </w:pPr>
      <w:r w:rsidRPr="00023F2E">
        <w:rPr>
          <w:sz w:val="20"/>
          <w:szCs w:val="20"/>
        </w:rPr>
        <w:t>Volunteer</w:t>
      </w:r>
    </w:p>
    <w:p w14:paraId="32AF0639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Utilize personal communication skills while interacting with patients and families to promote a supportive environment</w:t>
      </w:r>
    </w:p>
    <w:p w14:paraId="7F8E8594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Transport patients, respond to visitor inquiries and distribute deliveries to hospital rooms</w:t>
      </w:r>
    </w:p>
    <w:p w14:paraId="19A78CE8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Assist and manage cleaning and organization of several waiting rooms</w:t>
      </w:r>
    </w:p>
    <w:p w14:paraId="4BD569C9" w14:textId="77777777" w:rsidR="000D4D4D" w:rsidRPr="00023F2E" w:rsidRDefault="000D4D4D">
      <w:pPr>
        <w:spacing w:after="20"/>
        <w:rPr>
          <w:sz w:val="20"/>
          <w:szCs w:val="20"/>
        </w:rPr>
      </w:pPr>
    </w:p>
    <w:p w14:paraId="55482520" w14:textId="77777777" w:rsidR="000D4D4D" w:rsidRPr="00023F2E" w:rsidRDefault="00000000">
      <w:pPr>
        <w:tabs>
          <w:tab w:val="right" w:pos="10080"/>
        </w:tabs>
        <w:spacing w:line="230" w:lineRule="auto"/>
        <w:rPr>
          <w:sz w:val="20"/>
          <w:szCs w:val="20"/>
        </w:rPr>
      </w:pPr>
      <w:r w:rsidRPr="00023F2E">
        <w:rPr>
          <w:rFonts w:ascii="Open Sans SemiBold" w:hAnsi="Open Sans SemiBold" w:cs="Open Sans SemiBold"/>
          <w:sz w:val="20"/>
          <w:szCs w:val="20"/>
        </w:rPr>
        <w:t>MARQUETTE UNIVERSITY</w:t>
      </w:r>
      <w:r w:rsidRPr="00023F2E">
        <w:rPr>
          <w:sz w:val="20"/>
          <w:szCs w:val="20"/>
        </w:rPr>
        <w:t>, Milwaukee, WI</w:t>
      </w:r>
      <w:r w:rsidRPr="00023F2E">
        <w:rPr>
          <w:sz w:val="20"/>
          <w:szCs w:val="20"/>
        </w:rPr>
        <w:tab/>
        <w:t>Fall 20xx</w:t>
      </w:r>
    </w:p>
    <w:p w14:paraId="4BC5260C" w14:textId="77777777" w:rsidR="000D4D4D" w:rsidRPr="00023F2E" w:rsidRDefault="00000000">
      <w:pPr>
        <w:rPr>
          <w:sz w:val="20"/>
          <w:szCs w:val="20"/>
        </w:rPr>
      </w:pPr>
      <w:r w:rsidRPr="00023F2E">
        <w:rPr>
          <w:sz w:val="20"/>
          <w:szCs w:val="20"/>
        </w:rPr>
        <w:t>Research Assistant</w:t>
      </w:r>
    </w:p>
    <w:p w14:paraId="65518A00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Developed test to quantify biofilm formation of urinary tract infection-causing E. coli</w:t>
      </w:r>
    </w:p>
    <w:p w14:paraId="04281492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Compiled and analyzed databases of biofilm research</w:t>
      </w:r>
    </w:p>
    <w:p w14:paraId="10A9CE1A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Designed and presented academic and experimental results to audiences of 40-50 people</w:t>
      </w:r>
    </w:p>
    <w:p w14:paraId="5D54839A" w14:textId="77777777" w:rsidR="000D4D4D" w:rsidRPr="00023F2E" w:rsidRDefault="00000000" w:rsidP="00023F2E">
      <w:pPr>
        <w:pStyle w:val="Heading1"/>
      </w:pPr>
      <w:r w:rsidRPr="00023F2E">
        <w:t>ACTIVITIES</w:t>
      </w:r>
    </w:p>
    <w:p w14:paraId="0E4981B7" w14:textId="69A9620C" w:rsidR="000D4D4D" w:rsidRPr="00023F2E" w:rsidRDefault="00000000">
      <w:pPr>
        <w:tabs>
          <w:tab w:val="right" w:pos="10080"/>
        </w:tabs>
        <w:spacing w:line="230" w:lineRule="auto"/>
        <w:rPr>
          <w:sz w:val="20"/>
          <w:szCs w:val="20"/>
        </w:rPr>
      </w:pPr>
      <w:r w:rsidRPr="00023F2E">
        <w:rPr>
          <w:rFonts w:ascii="Open Sans SemiBold" w:hAnsi="Open Sans SemiBold" w:cs="Open Sans SemiBold"/>
          <w:sz w:val="20"/>
          <w:szCs w:val="20"/>
        </w:rPr>
        <w:t>KAPPA DELTA SORORITY</w:t>
      </w:r>
      <w:r w:rsidRPr="00023F2E">
        <w:rPr>
          <w:sz w:val="20"/>
          <w:szCs w:val="20"/>
        </w:rPr>
        <w:t>, Milwaukee, WI</w:t>
      </w:r>
      <w:r w:rsidRPr="00023F2E">
        <w:rPr>
          <w:sz w:val="20"/>
          <w:szCs w:val="20"/>
        </w:rPr>
        <w:tab/>
        <w:t>Spring 20xx</w:t>
      </w:r>
      <w:r w:rsidR="00023F2E">
        <w:rPr>
          <w:sz w:val="20"/>
          <w:szCs w:val="20"/>
        </w:rPr>
        <w:t xml:space="preserve"> </w:t>
      </w:r>
      <w:r w:rsidRPr="00023F2E">
        <w:rPr>
          <w:sz w:val="20"/>
          <w:szCs w:val="20"/>
        </w:rPr>
        <w:t>– Present</w:t>
      </w:r>
    </w:p>
    <w:p w14:paraId="350209FF" w14:textId="77777777" w:rsidR="000D4D4D" w:rsidRPr="00023F2E" w:rsidRDefault="00000000">
      <w:pPr>
        <w:rPr>
          <w:sz w:val="20"/>
          <w:szCs w:val="20"/>
        </w:rPr>
      </w:pPr>
      <w:r w:rsidRPr="00023F2E">
        <w:rPr>
          <w:sz w:val="20"/>
          <w:szCs w:val="20"/>
        </w:rPr>
        <w:t>Vice President of Philanthropy</w:t>
      </w:r>
    </w:p>
    <w:p w14:paraId="2A463E2D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Lead and organize philanthropic events to raise money for Prevent Child Abuse America</w:t>
      </w:r>
    </w:p>
    <w:p w14:paraId="63CC0336" w14:textId="77777777" w:rsidR="000D4D4D" w:rsidRPr="00023F2E" w:rsidRDefault="000D4D4D">
      <w:pPr>
        <w:spacing w:after="20"/>
        <w:rPr>
          <w:sz w:val="20"/>
          <w:szCs w:val="20"/>
        </w:rPr>
      </w:pPr>
    </w:p>
    <w:p w14:paraId="24A417AB" w14:textId="1B3209A9" w:rsidR="000D4D4D" w:rsidRPr="00023F2E" w:rsidRDefault="00000000">
      <w:pPr>
        <w:tabs>
          <w:tab w:val="right" w:pos="10080"/>
        </w:tabs>
        <w:spacing w:line="230" w:lineRule="auto"/>
        <w:rPr>
          <w:sz w:val="20"/>
          <w:szCs w:val="20"/>
        </w:rPr>
      </w:pPr>
      <w:r w:rsidRPr="00023F2E">
        <w:rPr>
          <w:rFonts w:ascii="Open Sans SemiBold" w:hAnsi="Open Sans SemiBold" w:cs="Open Sans SemiBold"/>
          <w:sz w:val="20"/>
          <w:szCs w:val="20"/>
        </w:rPr>
        <w:t>SPECIAL OLYMPICS WISCONSIN</w:t>
      </w:r>
      <w:r w:rsidRPr="00023F2E">
        <w:rPr>
          <w:sz w:val="20"/>
          <w:szCs w:val="20"/>
        </w:rPr>
        <w:t>, Milwaukee, WI</w:t>
      </w:r>
      <w:r w:rsidRPr="00023F2E">
        <w:rPr>
          <w:sz w:val="20"/>
          <w:szCs w:val="20"/>
        </w:rPr>
        <w:tab/>
        <w:t>Spring 20xx</w:t>
      </w:r>
      <w:r w:rsidR="00023F2E">
        <w:rPr>
          <w:sz w:val="20"/>
          <w:szCs w:val="20"/>
        </w:rPr>
        <w:t xml:space="preserve"> </w:t>
      </w:r>
      <w:r w:rsidRPr="00023F2E">
        <w:rPr>
          <w:sz w:val="20"/>
          <w:szCs w:val="20"/>
        </w:rPr>
        <w:t>– Present</w:t>
      </w:r>
    </w:p>
    <w:p w14:paraId="462CC7EC" w14:textId="77777777" w:rsidR="000D4D4D" w:rsidRPr="00023F2E" w:rsidRDefault="00000000">
      <w:pPr>
        <w:rPr>
          <w:sz w:val="20"/>
          <w:szCs w:val="20"/>
        </w:rPr>
      </w:pPr>
      <w:r w:rsidRPr="00023F2E">
        <w:rPr>
          <w:sz w:val="20"/>
          <w:szCs w:val="20"/>
        </w:rPr>
        <w:t>Volunteer</w:t>
      </w:r>
    </w:p>
    <w:p w14:paraId="3EFE898B" w14:textId="77777777" w:rsidR="000D4D4D" w:rsidRPr="00023F2E" w:rsidRDefault="00000000">
      <w:pPr>
        <w:pStyle w:val="ListBullet"/>
        <w:spacing w:line="211" w:lineRule="auto"/>
        <w:ind w:left="317" w:hanging="202"/>
        <w:rPr>
          <w:sz w:val="20"/>
          <w:szCs w:val="20"/>
        </w:rPr>
      </w:pPr>
      <w:r w:rsidRPr="00023F2E">
        <w:rPr>
          <w:sz w:val="20"/>
          <w:szCs w:val="20"/>
        </w:rPr>
        <w:t>Coach and mentor 10-20 Special Olympics athletes in basketball and track and field</w:t>
      </w:r>
    </w:p>
    <w:sectPr w:rsidR="000D4D4D" w:rsidRPr="00023F2E" w:rsidSect="00034616"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6302698">
    <w:abstractNumId w:val="8"/>
  </w:num>
  <w:num w:numId="2" w16cid:durableId="321935819">
    <w:abstractNumId w:val="6"/>
  </w:num>
  <w:num w:numId="3" w16cid:durableId="103427422">
    <w:abstractNumId w:val="5"/>
  </w:num>
  <w:num w:numId="4" w16cid:durableId="430515556">
    <w:abstractNumId w:val="4"/>
  </w:num>
  <w:num w:numId="5" w16cid:durableId="651837426">
    <w:abstractNumId w:val="7"/>
  </w:num>
  <w:num w:numId="6" w16cid:durableId="1921788109">
    <w:abstractNumId w:val="3"/>
  </w:num>
  <w:num w:numId="7" w16cid:durableId="916668571">
    <w:abstractNumId w:val="2"/>
  </w:num>
  <w:num w:numId="8" w16cid:durableId="1354384998">
    <w:abstractNumId w:val="1"/>
  </w:num>
  <w:num w:numId="9" w16cid:durableId="9943376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F2E"/>
    <w:rsid w:val="00034616"/>
    <w:rsid w:val="0006063C"/>
    <w:rsid w:val="000D11C7"/>
    <w:rsid w:val="000D4D4D"/>
    <w:rsid w:val="0015074B"/>
    <w:rsid w:val="0029639D"/>
    <w:rsid w:val="002E255B"/>
    <w:rsid w:val="00326F90"/>
    <w:rsid w:val="00705708"/>
    <w:rsid w:val="00AA1D8D"/>
    <w:rsid w:val="00B47730"/>
    <w:rsid w:val="00C21BB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F44B07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Open Sans" w:eastAsia="Open Sans" w:hAnsi="Open Sans" w:cs="Open Sans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BBD"/>
    <w:pPr>
      <w:pBdr>
        <w:bottom w:val="single" w:sz="6" w:space="1" w:color="000000"/>
      </w:pBdr>
      <w:spacing w:before="240" w:after="120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21BBD"/>
    <w:pPr>
      <w:pBdr>
        <w:bottom w:val="single" w:sz="6" w:space="1" w:color="000000"/>
      </w:pBdr>
      <w:spacing w:before="240" w:after="120"/>
    </w:pPr>
    <w:rPr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tabs>
        <w:tab w:val="center" w:pos="5040"/>
        <w:tab w:val="right" w:pos="10080"/>
      </w:tabs>
      <w:spacing w:before="240" w:line="235" w:lineRule="auto"/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C693F"/>
    <w:pPr>
      <w:tabs>
        <w:tab w:val="center" w:pos="5040"/>
        <w:tab w:val="right" w:pos="10080"/>
      </w:tabs>
      <w:spacing w:before="240" w:line="235" w:lineRule="auto"/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23F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1802</Characters>
  <Application>Microsoft Office Word</Application>
  <DocSecurity>0</DocSecurity>
  <Lines>43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Novak, Mykl</cp:lastModifiedBy>
  <cp:revision>4</cp:revision>
  <dcterms:created xsi:type="dcterms:W3CDTF">2026-07-12T05:16:00Z</dcterms:created>
  <dcterms:modified xsi:type="dcterms:W3CDTF">2026-07-12T21:25:00Z</dcterms:modified>
  <cp:category/>
</cp:coreProperties>
</file>