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019F21" w14:textId="77777777" w:rsidR="00DE4C37" w:rsidRPr="00C46E0D" w:rsidRDefault="004E0A90" w:rsidP="00C46E0D">
      <w:pPr>
        <w:pStyle w:val="Title"/>
      </w:pPr>
      <w:r w:rsidRPr="00C46E0D">
        <w:t>First Name Last Name</w:t>
      </w:r>
      <w:r w:rsidR="00DE4C37" w:rsidRPr="00C46E0D">
        <w:tab/>
      </w:r>
    </w:p>
    <w:p w14:paraId="1FFB9A65" w14:textId="3D163F5C" w:rsidR="00DE4C37" w:rsidRDefault="00DE4C37" w:rsidP="00DE4C37">
      <w:pPr>
        <w:tabs>
          <w:tab w:val="right" w:pos="10080"/>
        </w:tabs>
        <w:spacing w:line="197" w:lineRule="auto"/>
      </w:pPr>
      <w:r>
        <w:rPr>
          <w:sz w:val="48"/>
          <w:szCs w:val="48"/>
        </w:rPr>
        <w:tab/>
      </w:r>
      <w:r>
        <w:t>Milwaukee, WI</w:t>
      </w:r>
    </w:p>
    <w:p w14:paraId="082A8F48" w14:textId="77777777" w:rsidR="00DE4C37" w:rsidRDefault="00DE4C37" w:rsidP="00DE4C37">
      <w:pPr>
        <w:spacing w:after="40" w:line="197" w:lineRule="auto"/>
        <w:jc w:val="right"/>
      </w:pPr>
      <w:hyperlink r:id="rId6" w:history="1">
        <w:r w:rsidRPr="001C678D">
          <w:rPr>
            <w:rStyle w:val="Hyperlink"/>
          </w:rPr>
          <w:t>firstname.lastname@marquette.edu</w:t>
        </w:r>
      </w:hyperlink>
    </w:p>
    <w:p w14:paraId="63C77726" w14:textId="77777777" w:rsidR="00DE4C37" w:rsidRDefault="00DE4C37" w:rsidP="00DE4C37">
      <w:pPr>
        <w:spacing w:after="40" w:line="197" w:lineRule="auto"/>
        <w:jc w:val="right"/>
      </w:pPr>
      <w:r>
        <w:t>414.288.7423</w:t>
      </w:r>
    </w:p>
    <w:p w14:paraId="7632DD45" w14:textId="77777777" w:rsidR="00DE4C37" w:rsidRDefault="00DE4C37" w:rsidP="00DE4C37">
      <w:pPr>
        <w:pBdr>
          <w:bottom w:val="single" w:sz="6" w:space="4" w:color="auto"/>
        </w:pBdr>
        <w:spacing w:after="120" w:line="197" w:lineRule="auto"/>
        <w:jc w:val="right"/>
      </w:pPr>
      <w:r>
        <w:t>LinkedIn URL</w:t>
      </w:r>
    </w:p>
    <w:p w14:paraId="481AFE2E" w14:textId="1FE319E9" w:rsidR="00764DC9" w:rsidRPr="0092465B" w:rsidRDefault="00000000" w:rsidP="00B52353">
      <w:pPr>
        <w:pStyle w:val="Heading1"/>
      </w:pPr>
      <w:r w:rsidRPr="00B52353">
        <w:t>EDUCATION</w:t>
      </w:r>
    </w:p>
    <w:p w14:paraId="4E9602AE" w14:textId="77777777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  <w:b/>
          <w:bCs/>
        </w:rPr>
        <w:t>Bachelor of Arts in Psychology</w:t>
      </w:r>
      <w:r w:rsidRPr="004E0A90">
        <w:rPr>
          <w:bCs/>
        </w:rPr>
        <w:t>, Minor in French</w:t>
      </w:r>
      <w:r>
        <w:tab/>
        <w:t>May 20xx</w:t>
      </w:r>
    </w:p>
    <w:p w14:paraId="6BF1A121" w14:textId="77777777" w:rsidR="00764DC9" w:rsidRDefault="00000000" w:rsidP="00B52353">
      <w:pPr>
        <w:spacing w:line="240" w:lineRule="auto"/>
      </w:pPr>
      <w:r>
        <w:t>Marquette University, Milwaukee, WI</w:t>
      </w:r>
    </w:p>
    <w:p w14:paraId="1E24341E" w14:textId="77777777" w:rsidR="004E0A90" w:rsidRDefault="004E0A90">
      <w:pPr>
        <w:tabs>
          <w:tab w:val="right" w:pos="10080"/>
        </w:tabs>
        <w:spacing w:line="202" w:lineRule="auto"/>
      </w:pPr>
    </w:p>
    <w:p w14:paraId="2FBF599D" w14:textId="10D6DE8B" w:rsidR="00764DC9" w:rsidRDefault="00000000" w:rsidP="00B52353">
      <w:pPr>
        <w:tabs>
          <w:tab w:val="right" w:pos="10080"/>
        </w:tabs>
        <w:spacing w:line="240" w:lineRule="auto"/>
      </w:pPr>
      <w:r>
        <w:t xml:space="preserve">Université </w:t>
      </w:r>
      <w:proofErr w:type="spellStart"/>
      <w:r>
        <w:t>Catholiqué</w:t>
      </w:r>
      <w:proofErr w:type="spellEnd"/>
      <w:r>
        <w:t xml:space="preserve"> De Lyon, France</w:t>
      </w:r>
      <w:r>
        <w:tab/>
        <w:t>September 20xx-June 20xx</w:t>
      </w:r>
    </w:p>
    <w:p w14:paraId="5ADDA1CB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Utilized fluent written and verbal French while living in a family setting</w:t>
      </w:r>
    </w:p>
    <w:p w14:paraId="0394C6B6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Learned to see world from different cultural perspective</w:t>
      </w:r>
    </w:p>
    <w:p w14:paraId="7D97DF0C" w14:textId="77777777" w:rsidR="00764DC9" w:rsidRDefault="00000000" w:rsidP="00B52353">
      <w:pPr>
        <w:pStyle w:val="Heading1"/>
      </w:pPr>
      <w:r>
        <w:t>RELEVANT COURSEWORK</w:t>
      </w:r>
    </w:p>
    <w:p w14:paraId="4654D2A2" w14:textId="77777777" w:rsidR="00764DC9" w:rsidRDefault="00000000" w:rsidP="00B52353">
      <w:pPr>
        <w:spacing w:line="240" w:lineRule="auto"/>
      </w:pPr>
      <w:r>
        <w:t>Organizational Behavior (Spring 20xx), Industrial Psychology (Fall 20xx), Social Psychology (Fall 20xx), Statistics (Spring 20xx), Developmental Psychology (Spring 20xx)</w:t>
      </w:r>
    </w:p>
    <w:p w14:paraId="3F2173AF" w14:textId="77777777" w:rsidR="00764DC9" w:rsidRDefault="00000000" w:rsidP="00B52353">
      <w:pPr>
        <w:pStyle w:val="Heading1"/>
      </w:pPr>
      <w:r>
        <w:t>MANAGEMENT EXPERIENCE</w:t>
      </w:r>
    </w:p>
    <w:p w14:paraId="015FCA75" w14:textId="77777777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</w:rPr>
        <w:t>Student Manager</w:t>
      </w:r>
      <w:r>
        <w:tab/>
        <w:t>September 20xx-Present</w:t>
      </w:r>
    </w:p>
    <w:p w14:paraId="52E6A1BA" w14:textId="58627687" w:rsidR="00764DC9" w:rsidRDefault="00000000" w:rsidP="00B52353">
      <w:pPr>
        <w:spacing w:line="240" w:lineRule="auto"/>
      </w:pPr>
      <w:r>
        <w:t>Sodexo—Marriott Food Services, Milwaukee, WI</w:t>
      </w:r>
    </w:p>
    <w:p w14:paraId="74D73163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Serve customers and supervise five to ten students during each shift, giving feedback regularly</w:t>
      </w:r>
    </w:p>
    <w:p w14:paraId="7E8E9FF1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Hire and train new student employees</w:t>
      </w:r>
    </w:p>
    <w:p w14:paraId="409ADFDB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Developed new training procedures that were adopted by the corporate training facility</w:t>
      </w:r>
    </w:p>
    <w:p w14:paraId="108A9F6A" w14:textId="77777777" w:rsidR="00764DC9" w:rsidRDefault="00000000" w:rsidP="00B52353">
      <w:pPr>
        <w:pStyle w:val="Heading1"/>
      </w:pPr>
      <w:r>
        <w:t>LEADERSHIP EXPERIENCE</w:t>
      </w:r>
    </w:p>
    <w:p w14:paraId="31126A98" w14:textId="77777777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</w:rPr>
        <w:t>President</w:t>
      </w:r>
      <w:r>
        <w:tab/>
        <w:t>20xx-Present</w:t>
      </w:r>
    </w:p>
    <w:p w14:paraId="2A900ED4" w14:textId="77777777" w:rsidR="00764DC9" w:rsidRDefault="00000000" w:rsidP="00B52353">
      <w:pPr>
        <w:spacing w:line="240" w:lineRule="auto"/>
      </w:pPr>
      <w:r>
        <w:t>Cobeen Hall Council, Marquette University, Milwaukee, WI</w:t>
      </w:r>
    </w:p>
    <w:p w14:paraId="7395AB09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Enhanced leadership skills to maintain group cooperation and support</w:t>
      </w:r>
    </w:p>
    <w:p w14:paraId="4FCF782C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Planned, organized and delegated tasks related to fundraising and special events in Cobeen Hall</w:t>
      </w:r>
    </w:p>
    <w:p w14:paraId="65420C38" w14:textId="0D798AC5" w:rsidR="00764DC9" w:rsidRDefault="00000000" w:rsidP="00B52353">
      <w:pPr>
        <w:pStyle w:val="ListBullet"/>
        <w:spacing w:line="240" w:lineRule="auto"/>
        <w:ind w:left="270" w:hanging="270"/>
      </w:pPr>
      <w:r>
        <w:t xml:space="preserve">Honed critical thinking skills to accurately identify key issues </w:t>
      </w:r>
      <w:r w:rsidR="00E16E47">
        <w:t>for</w:t>
      </w:r>
      <w:r>
        <w:t xml:space="preserve"> decisions related to council business</w:t>
      </w:r>
    </w:p>
    <w:p w14:paraId="31DBB130" w14:textId="77777777" w:rsidR="00764DC9" w:rsidRDefault="00000000" w:rsidP="00B52353">
      <w:pPr>
        <w:pStyle w:val="Heading1"/>
      </w:pPr>
      <w:r>
        <w:t>ADDITIONAL EXPERIENCE</w:t>
      </w:r>
    </w:p>
    <w:p w14:paraId="5429470B" w14:textId="77777777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</w:rPr>
        <w:t>Sales Associate</w:t>
      </w:r>
      <w:r>
        <w:tab/>
        <w:t>September 20xx-May 20xx</w:t>
      </w:r>
    </w:p>
    <w:p w14:paraId="4E974B36" w14:textId="77777777" w:rsidR="00764DC9" w:rsidRDefault="00000000" w:rsidP="00B52353">
      <w:pPr>
        <w:spacing w:line="240" w:lineRule="auto"/>
      </w:pPr>
      <w:r>
        <w:t>Leader New York, Inc., Rochester, NY</w:t>
      </w:r>
    </w:p>
    <w:p w14:paraId="1D2D24C5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Service all facets of store sales, specializing in friendly customer relations and bringing in repeat clients</w:t>
      </w:r>
    </w:p>
    <w:p w14:paraId="67E85E59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Organize display setups and promotions</w:t>
      </w:r>
    </w:p>
    <w:p w14:paraId="01B5E3CF" w14:textId="77777777" w:rsidR="0092465B" w:rsidRDefault="0092465B">
      <w:pPr>
        <w:tabs>
          <w:tab w:val="right" w:pos="10080"/>
        </w:tabs>
        <w:spacing w:line="197" w:lineRule="auto"/>
      </w:pPr>
    </w:p>
    <w:p w14:paraId="1FD8B642" w14:textId="77E75BB3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</w:rPr>
        <w:t>Student Ambassador</w:t>
      </w:r>
      <w:r>
        <w:tab/>
        <w:t>May 20xx-September 20xx</w:t>
      </w:r>
    </w:p>
    <w:p w14:paraId="57D4B3A7" w14:textId="77777777" w:rsidR="00764DC9" w:rsidRDefault="00000000" w:rsidP="00B52353">
      <w:pPr>
        <w:spacing w:line="240" w:lineRule="auto"/>
      </w:pPr>
      <w:r>
        <w:t>Undergraduate Admissions, Marquette University, Milwaukee, WI</w:t>
      </w:r>
    </w:p>
    <w:p w14:paraId="15FCF7EB" w14:textId="77777777" w:rsidR="00764DC9" w:rsidRDefault="00000000" w:rsidP="00B52353">
      <w:pPr>
        <w:pStyle w:val="ListBullet"/>
        <w:spacing w:line="240" w:lineRule="auto"/>
        <w:ind w:left="270" w:hanging="270"/>
      </w:pPr>
      <w:r>
        <w:t>Tailored tours to meet information needs of prospective students and parents</w:t>
      </w:r>
    </w:p>
    <w:p w14:paraId="24BFBB94" w14:textId="77777777" w:rsidR="00764DC9" w:rsidRDefault="00000000" w:rsidP="00B52353">
      <w:pPr>
        <w:pStyle w:val="Heading1"/>
      </w:pPr>
      <w:r>
        <w:t>ACTIVITIES</w:t>
      </w:r>
    </w:p>
    <w:p w14:paraId="6A8BE1FF" w14:textId="77777777" w:rsidR="00764DC9" w:rsidRDefault="00000000" w:rsidP="00B52353">
      <w:pPr>
        <w:tabs>
          <w:tab w:val="right" w:pos="10080"/>
        </w:tabs>
        <w:spacing w:after="80" w:line="240" w:lineRule="auto"/>
      </w:pPr>
      <w:r w:rsidRPr="004E0A90">
        <w:rPr>
          <w:rFonts w:ascii="Open Sans SemiBold" w:hAnsi="Open Sans SemiBold" w:cs="Open Sans SemiBold"/>
          <w:b/>
          <w:bCs/>
        </w:rPr>
        <w:t>Mentor</w:t>
      </w:r>
      <w:r>
        <w:t>, Big Brothers Big Sisters, Milwaukee, WI</w:t>
      </w:r>
      <w:r>
        <w:tab/>
        <w:t>September 20xx-May 20xx</w:t>
      </w:r>
    </w:p>
    <w:p w14:paraId="1369ED8C" w14:textId="77777777" w:rsidR="00764DC9" w:rsidRDefault="00000000" w:rsidP="00B52353">
      <w:pPr>
        <w:tabs>
          <w:tab w:val="right" w:pos="10080"/>
        </w:tabs>
        <w:spacing w:line="240" w:lineRule="auto"/>
      </w:pPr>
      <w:r w:rsidRPr="004E0A90">
        <w:rPr>
          <w:rFonts w:ascii="Open Sans SemiBold" w:hAnsi="Open Sans SemiBold" w:cs="Open Sans SemiBold"/>
          <w:b/>
          <w:bCs/>
        </w:rPr>
        <w:t>Volunteer Tutor</w:t>
      </w:r>
      <w:r>
        <w:t>, Indo-Chinese Learning, Milwaukee, WI</w:t>
      </w:r>
      <w:r>
        <w:tab/>
        <w:t>December 20xx-May 20xx</w:t>
      </w:r>
    </w:p>
    <w:sectPr w:rsidR="00764DC9" w:rsidSect="00034616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82415">
    <w:abstractNumId w:val="8"/>
  </w:num>
  <w:num w:numId="2" w16cid:durableId="1880898212">
    <w:abstractNumId w:val="6"/>
  </w:num>
  <w:num w:numId="3" w16cid:durableId="454715008">
    <w:abstractNumId w:val="5"/>
  </w:num>
  <w:num w:numId="4" w16cid:durableId="861430311">
    <w:abstractNumId w:val="4"/>
  </w:num>
  <w:num w:numId="5" w16cid:durableId="1648704150">
    <w:abstractNumId w:val="7"/>
  </w:num>
  <w:num w:numId="6" w16cid:durableId="973563212">
    <w:abstractNumId w:val="3"/>
  </w:num>
  <w:num w:numId="7" w16cid:durableId="178203124">
    <w:abstractNumId w:val="2"/>
  </w:num>
  <w:num w:numId="8" w16cid:durableId="300815399">
    <w:abstractNumId w:val="1"/>
  </w:num>
  <w:num w:numId="9" w16cid:durableId="1256816270">
    <w:abstractNumId w:val="0"/>
  </w:num>
  <w:num w:numId="10" w16cid:durableId="174997269">
    <w:abstractNumId w:val="8"/>
  </w:num>
  <w:num w:numId="11" w16cid:durableId="369646084">
    <w:abstractNumId w:val="8"/>
  </w:num>
  <w:num w:numId="12" w16cid:durableId="678971127">
    <w:abstractNumId w:val="8"/>
  </w:num>
  <w:num w:numId="13" w16cid:durableId="150439403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1C7"/>
    <w:rsid w:val="0015074B"/>
    <w:rsid w:val="0029639D"/>
    <w:rsid w:val="002B6C61"/>
    <w:rsid w:val="00326F90"/>
    <w:rsid w:val="004E0A90"/>
    <w:rsid w:val="00764DC9"/>
    <w:rsid w:val="0092465B"/>
    <w:rsid w:val="00AA1D8D"/>
    <w:rsid w:val="00B47730"/>
    <w:rsid w:val="00B52353"/>
    <w:rsid w:val="00C46E0D"/>
    <w:rsid w:val="00CB0664"/>
    <w:rsid w:val="00DE4C37"/>
    <w:rsid w:val="00E16E47"/>
    <w:rsid w:val="00EE54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89373A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06" w:lineRule="auto"/>
    </w:pPr>
    <w:rPr>
      <w:rFonts w:ascii="Open Sans" w:eastAsia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spacing w:before="440" w:after="20" w:line="197" w:lineRule="auto"/>
      <w:outlineLvl w:val="0"/>
    </w:pPr>
    <w:rPr>
      <w:rFonts w:ascii="Open Sans SemiBold" w:hAnsi="Open Sans SemiBold" w:cs="Open Sans SemiBold"/>
      <w:b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Open Sans SemiBold" w:hAnsi="Open Sans SemiBold" w:cs="Open Sans SemiBold"/>
      <w:b/>
      <w:b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C46E0D"/>
    <w:pPr>
      <w:spacing w:line="197" w:lineRule="auto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46E0D"/>
    <w:rPr>
      <w:rFonts w:ascii="Open Sans" w:eastAsia="Open Sans" w:hAnsi="Open Sans" w:cs="Open Sans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E0A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rstname.lastname@marquett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1682</Characters>
  <Application>Microsoft Office Word</Application>
  <DocSecurity>0</DocSecurity>
  <Lines>40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Novak, Mykl</dc:creator>
  <cp:keywords/>
  <dc:description/>
  <cp:lastModifiedBy>Novak, Mykl</cp:lastModifiedBy>
  <cp:revision>6</cp:revision>
  <dcterms:created xsi:type="dcterms:W3CDTF">2026-07-12T05:43:00Z</dcterms:created>
  <dcterms:modified xsi:type="dcterms:W3CDTF">2026-07-17T00:04:00Z</dcterms:modified>
  <cp:category/>
</cp:coreProperties>
</file>