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3EC02C" w14:textId="77777777" w:rsidR="00E02DDC" w:rsidRPr="00DE7693" w:rsidRDefault="00000000" w:rsidP="00DE7693">
      <w:pPr>
        <w:pStyle w:val="Title"/>
      </w:pPr>
      <w:r w:rsidRPr="00DE7693">
        <w:t>First Name Last Name</w:t>
      </w:r>
    </w:p>
    <w:p w14:paraId="655F2B3A" w14:textId="77777777" w:rsidR="00E02DDC" w:rsidRDefault="00000000" w:rsidP="00DE7693">
      <w:pPr>
        <w:spacing w:after="240"/>
      </w:pPr>
      <w:r>
        <w:t>1415 W. Wisconsin Ave | Milwaukee, WI 53233 | 414.288.7423 | firstname.lastname@marquette.edu</w:t>
      </w:r>
    </w:p>
    <w:p w14:paraId="0F0A48B5" w14:textId="77777777" w:rsidR="00E02DDC" w:rsidRPr="00DE7693" w:rsidRDefault="00000000" w:rsidP="00DE7693">
      <w:pPr>
        <w:pStyle w:val="Heading1"/>
      </w:pPr>
      <w:r w:rsidRPr="00DE7693">
        <w:t>TECHNICAL SKILLS</w:t>
      </w:r>
    </w:p>
    <w:p w14:paraId="18940C2B" w14:textId="77777777" w:rsidR="00E02DDC" w:rsidRDefault="00000000">
      <w:r w:rsidRPr="00DE7693">
        <w:rPr>
          <w:rFonts w:ascii="Open Sans SemiBold" w:hAnsi="Open Sans SemiBold" w:cs="Open Sans SemiBold"/>
          <w:b/>
          <w:bCs/>
        </w:rPr>
        <w:t>Advanced:</w:t>
      </w:r>
      <w:r>
        <w:t xml:space="preserve"> UGS NX 8.5 Modeling Software, Mixcraft Digital Audio Workstation</w:t>
      </w:r>
    </w:p>
    <w:p w14:paraId="02A37AE2" w14:textId="77777777" w:rsidR="00E02DDC" w:rsidRDefault="00000000">
      <w:r w:rsidRPr="00DE7693">
        <w:rPr>
          <w:rFonts w:ascii="Open Sans SemiBold" w:hAnsi="Open Sans SemiBold" w:cs="Open Sans SemiBold"/>
          <w:b/>
          <w:bCs/>
        </w:rPr>
        <w:t>Intermediate:</w:t>
      </w:r>
      <w:r>
        <w:t xml:space="preserve"> Dassault Systèmes SolidWorks, Autodesk Inventor</w:t>
      </w:r>
    </w:p>
    <w:p w14:paraId="54ADD87D" w14:textId="77777777" w:rsidR="00E02DDC" w:rsidRDefault="00000000">
      <w:r w:rsidRPr="00DE7693">
        <w:rPr>
          <w:rFonts w:ascii="Open Sans SemiBold" w:hAnsi="Open Sans SemiBold" w:cs="Open Sans SemiBold"/>
          <w:b/>
          <w:bCs/>
        </w:rPr>
        <w:t>Basic:</w:t>
      </w:r>
      <w:r>
        <w:t xml:space="preserve"> MathWorks Matlab, Maple</w:t>
      </w:r>
    </w:p>
    <w:p w14:paraId="2C570995" w14:textId="77777777" w:rsidR="00E02DDC" w:rsidRDefault="00000000" w:rsidP="00DE7693">
      <w:pPr>
        <w:pStyle w:val="Heading1"/>
      </w:pPr>
      <w:r>
        <w:t>EDUCATION</w:t>
      </w:r>
    </w:p>
    <w:p w14:paraId="22175F44" w14:textId="77777777" w:rsidR="00E02DDC" w:rsidRDefault="00000000">
      <w:r>
        <w:rPr>
          <w:b/>
        </w:rPr>
        <w:t>Bachelor of Science in Mechanical Engineering</w:t>
      </w:r>
      <w:r>
        <w:t xml:space="preserve"> | MARQUETTE UNIVERSITY | Milwaukee, WI | May 20xx</w:t>
      </w:r>
    </w:p>
    <w:p w14:paraId="75AE67C6" w14:textId="77777777" w:rsidR="00E02DDC" w:rsidRDefault="00000000" w:rsidP="00DE7693">
      <w:pPr>
        <w:pStyle w:val="Heading1"/>
      </w:pPr>
      <w:r>
        <w:t>ENGINEERING EXPERIENCE</w:t>
      </w:r>
    </w:p>
    <w:p w14:paraId="3ED02059" w14:textId="77777777" w:rsidR="00E02DDC" w:rsidRDefault="00000000">
      <w:r>
        <w:rPr>
          <w:b/>
        </w:rPr>
        <w:t>Mechanical Engineer</w:t>
      </w:r>
      <w:r>
        <w:t xml:space="preserve"> | PENTAIR CO-OP | Milwaukee, WI | September 20xx-August 20xx</w:t>
      </w:r>
    </w:p>
    <w:p w14:paraId="5175D51E" w14:textId="77777777" w:rsidR="00E02DDC" w:rsidRDefault="00000000">
      <w:pPr>
        <w:pStyle w:val="ListBullet"/>
        <w:ind w:left="288" w:hanging="173"/>
      </w:pPr>
      <w:r>
        <w:t>Modeled, prototyped, and tested new designs for product development of agricultural pumps to efficiently control water levels</w:t>
      </w:r>
    </w:p>
    <w:p w14:paraId="307DB11F" w14:textId="77777777" w:rsidR="00E02DDC" w:rsidRDefault="00000000">
      <w:pPr>
        <w:pStyle w:val="ListBullet"/>
        <w:ind w:left="288" w:hanging="173"/>
      </w:pPr>
      <w:r>
        <w:t>Modified 10 designs to improve efficiency and reduce manufacturing costs</w:t>
      </w:r>
    </w:p>
    <w:p w14:paraId="6100C834" w14:textId="77777777" w:rsidR="00E02DDC" w:rsidRDefault="00000000">
      <w:pPr>
        <w:pStyle w:val="ListBullet"/>
        <w:ind w:left="288" w:hanging="173"/>
      </w:pPr>
      <w:r>
        <w:t>Supported implementation process of innovative pump through marketing research and product launch</w:t>
      </w:r>
    </w:p>
    <w:p w14:paraId="760D59D7" w14:textId="77777777" w:rsidR="00E02DDC" w:rsidRDefault="00000000" w:rsidP="00DE7693">
      <w:pPr>
        <w:pStyle w:val="Heading1"/>
      </w:pPr>
      <w:r>
        <w:t>RELEVANT CLASS PROJECTS</w:t>
      </w:r>
    </w:p>
    <w:p w14:paraId="793C7CF8" w14:textId="77777777" w:rsidR="00E02DDC" w:rsidRDefault="00000000">
      <w:r>
        <w:rPr>
          <w:b/>
        </w:rPr>
        <w:t>Drafting Project</w:t>
      </w:r>
      <w:r>
        <w:t xml:space="preserve"> | ENGINEERING DISCOVERY | Marquette University | Spring 20xx</w:t>
      </w:r>
    </w:p>
    <w:p w14:paraId="20933DA4" w14:textId="77777777" w:rsidR="00E02DDC" w:rsidRDefault="00000000">
      <w:pPr>
        <w:pStyle w:val="ListBullet"/>
        <w:ind w:left="288" w:hanging="173"/>
      </w:pPr>
      <w:r>
        <w:t>Collaborated with team to sketch complex designs for portable generators using UGS NX6 graphics software</w:t>
      </w:r>
    </w:p>
    <w:p w14:paraId="4BB086AF" w14:textId="77777777" w:rsidR="00E02DDC" w:rsidRDefault="00000000">
      <w:pPr>
        <w:pStyle w:val="ListBullet"/>
        <w:ind w:left="288" w:hanging="173"/>
      </w:pPr>
      <w:r>
        <w:t>Constructed 3D prototype to scale using 3D printer and drafting software</w:t>
      </w:r>
    </w:p>
    <w:p w14:paraId="4E2BB3B3" w14:textId="77777777" w:rsidR="00E02DDC" w:rsidRDefault="00000000">
      <w:r>
        <w:rPr>
          <w:b/>
        </w:rPr>
        <w:t>Final Design Project</w:t>
      </w:r>
      <w:r>
        <w:t xml:space="preserve"> | ENGINEERING DISCOVERY | Marquette University | Fall 20xx</w:t>
      </w:r>
    </w:p>
    <w:p w14:paraId="7D99C8D8" w14:textId="77777777" w:rsidR="00E02DDC" w:rsidRDefault="00000000">
      <w:pPr>
        <w:pStyle w:val="ListBullet"/>
        <w:ind w:left="288" w:hanging="173"/>
      </w:pPr>
      <w:r>
        <w:t>Analyzed portable generators to identify major technical flaws</w:t>
      </w:r>
    </w:p>
    <w:p w14:paraId="0FBAF91D" w14:textId="77777777" w:rsidR="00E02DDC" w:rsidRDefault="00000000">
      <w:pPr>
        <w:pStyle w:val="ListBullet"/>
        <w:ind w:left="288" w:hanging="173"/>
      </w:pPr>
      <w:r>
        <w:t>Assembled prototype and gave formal PowerPoint presentation on finished project detailing data and techniques used</w:t>
      </w:r>
    </w:p>
    <w:p w14:paraId="12F37D91" w14:textId="77777777" w:rsidR="00E02DDC" w:rsidRDefault="00000000" w:rsidP="00DE7693">
      <w:pPr>
        <w:pStyle w:val="Heading1"/>
      </w:pPr>
      <w:r>
        <w:t>WORK EXPERIENCE</w:t>
      </w:r>
    </w:p>
    <w:p w14:paraId="2224E7B6" w14:textId="77777777" w:rsidR="00E02DDC" w:rsidRDefault="00000000">
      <w:r>
        <w:rPr>
          <w:b/>
        </w:rPr>
        <w:t>Marketing Design Assistant</w:t>
      </w:r>
      <w:r>
        <w:t xml:space="preserve"> | ALUMNI MEMORIAL UNION | Milwaukee, WI | October 20xx-April 20xx</w:t>
      </w:r>
    </w:p>
    <w:p w14:paraId="7CDA0841" w14:textId="77777777" w:rsidR="00E02DDC" w:rsidRDefault="00000000">
      <w:pPr>
        <w:pStyle w:val="ListBullet"/>
        <w:ind w:left="288" w:hanging="173"/>
      </w:pPr>
      <w:r>
        <w:t>Designed effective promotions to inform student body of upcoming events and products using techniques in Adobe Photoshop and Illustrator to enhance appeal of campaigns</w:t>
      </w:r>
    </w:p>
    <w:p w14:paraId="537BAF55" w14:textId="77777777" w:rsidR="00E02DDC" w:rsidRDefault="00000000" w:rsidP="00DE7693">
      <w:pPr>
        <w:pStyle w:val="Heading1"/>
      </w:pPr>
      <w:r>
        <w:t>CAMPUS INVOLVEMENT</w:t>
      </w:r>
    </w:p>
    <w:p w14:paraId="4B02242C" w14:textId="77777777" w:rsidR="00E02DDC" w:rsidRDefault="00000000">
      <w:r>
        <w:rPr>
          <w:b/>
        </w:rPr>
        <w:t>Engineers Without Borders</w:t>
      </w:r>
      <w:r>
        <w:rPr>
          <w:i/>
        </w:rPr>
        <w:t>, Member</w:t>
      </w:r>
      <w:r>
        <w:t xml:space="preserve"> | MARQUETTE UNIVERSITY | Fall 20xx-Present</w:t>
      </w:r>
    </w:p>
    <w:p w14:paraId="2C329316" w14:textId="77777777" w:rsidR="00E02DDC" w:rsidRDefault="00000000">
      <w:pPr>
        <w:pStyle w:val="ListBullet"/>
        <w:ind w:left="288" w:hanging="173"/>
      </w:pPr>
      <w:r>
        <w:t>Boost campus awareness of organization’s mission through fundraising for civil engineering projects in Guatemala and Honduras</w:t>
      </w:r>
    </w:p>
    <w:p w14:paraId="2B418A6F" w14:textId="77777777" w:rsidR="00E02DDC" w:rsidRDefault="00000000">
      <w:r>
        <w:rPr>
          <w:b/>
        </w:rPr>
        <w:t>Hackathon</w:t>
      </w:r>
      <w:r>
        <w:t xml:space="preserve"> | MARQUETTE UNIVERSITY | Fall 20xx-Present</w:t>
      </w:r>
    </w:p>
    <w:p w14:paraId="0C689D31" w14:textId="77777777" w:rsidR="00E02DDC" w:rsidRDefault="00000000">
      <w:pPr>
        <w:pStyle w:val="ListBullet"/>
        <w:ind w:left="288" w:hanging="173"/>
      </w:pPr>
      <w:r>
        <w:t>Solve design flaw issues with in-home assistive technologies to improve life and safety of elderly community</w:t>
      </w:r>
    </w:p>
    <w:p w14:paraId="2463249D" w14:textId="77777777" w:rsidR="00E02DDC" w:rsidRDefault="00000000">
      <w:pPr>
        <w:pStyle w:val="ListBullet"/>
        <w:ind w:left="288" w:hanging="173"/>
      </w:pPr>
      <w:r>
        <w:t>Attend 12-hour event to showcase improvements and gave demonstrations of improved product</w:t>
      </w:r>
    </w:p>
    <w:p w14:paraId="0A805D46" w14:textId="77777777" w:rsidR="00E02DDC" w:rsidRDefault="00000000">
      <w:r>
        <w:rPr>
          <w:b/>
        </w:rPr>
        <w:t>American Society of Mechanical Engineers</w:t>
      </w:r>
      <w:r>
        <w:rPr>
          <w:i/>
        </w:rPr>
        <w:t>, Member</w:t>
      </w:r>
      <w:r>
        <w:t xml:space="preserve"> | MARQUETTE UNIVERSITY | Spring 20xx-Present</w:t>
      </w:r>
    </w:p>
    <w:p w14:paraId="79870FC8" w14:textId="77777777" w:rsidR="00E02DDC" w:rsidRDefault="00000000">
      <w:pPr>
        <w:pStyle w:val="ListBullet"/>
        <w:ind w:left="288" w:hanging="173"/>
      </w:pPr>
      <w:r>
        <w:t>Compete in annual Student Professional Development conference Student Design Competition to build relationships with local professionals and emerging engineering students</w:t>
      </w:r>
    </w:p>
    <w:sectPr w:rsidR="00E02DDC" w:rsidSect="00034616">
      <w:pgSz w:w="12240" w:h="15840"/>
      <w:pgMar w:top="1080" w:right="1080" w:bottom="1080" w:left="108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pen Sans SemiBold">
    <w:panose1 w:val="00000000000000000000"/>
    <w:charset w:val="00"/>
    <w:family w:val="auto"/>
    <w:pitch w:val="variable"/>
    <w:sig w:usb0="E00002FF" w:usb1="4000201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16342003">
    <w:abstractNumId w:val="8"/>
  </w:num>
  <w:num w:numId="2" w16cid:durableId="1302155961">
    <w:abstractNumId w:val="6"/>
  </w:num>
  <w:num w:numId="3" w16cid:durableId="1501310119">
    <w:abstractNumId w:val="5"/>
  </w:num>
  <w:num w:numId="4" w16cid:durableId="254284665">
    <w:abstractNumId w:val="4"/>
  </w:num>
  <w:num w:numId="5" w16cid:durableId="783769533">
    <w:abstractNumId w:val="7"/>
  </w:num>
  <w:num w:numId="6" w16cid:durableId="814687862">
    <w:abstractNumId w:val="3"/>
  </w:num>
  <w:num w:numId="7" w16cid:durableId="493380068">
    <w:abstractNumId w:val="2"/>
  </w:num>
  <w:num w:numId="8" w16cid:durableId="1596474020">
    <w:abstractNumId w:val="1"/>
  </w:num>
  <w:num w:numId="9" w16cid:durableId="194742097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4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1C7"/>
    <w:rsid w:val="0015074B"/>
    <w:rsid w:val="0029639D"/>
    <w:rsid w:val="00326F90"/>
    <w:rsid w:val="00376853"/>
    <w:rsid w:val="00AA1D8D"/>
    <w:rsid w:val="00B47730"/>
    <w:rsid w:val="00CB0664"/>
    <w:rsid w:val="00DE7693"/>
    <w:rsid w:val="00E02D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8854DA"/>
  <w14:defaultImageDpi w14:val="300"/>
  <w15:docId w15:val="{9929723D-A755-9F45-B65B-5D7815EB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Open Sans" w:eastAsia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693"/>
    <w:pPr>
      <w:pBdr>
        <w:top w:val="single" w:sz="4" w:space="1" w:color="000000"/>
        <w:bottom w:val="single" w:sz="4" w:space="1" w:color="000000"/>
      </w:pBdr>
      <w:spacing w:before="240" w:after="60"/>
      <w:outlineLvl w:val="0"/>
    </w:pPr>
    <w:rPr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E7693"/>
    <w:pPr>
      <w:pBdr>
        <w:top w:val="single" w:sz="4" w:space="1" w:color="000000"/>
        <w:bottom w:val="single" w:sz="4" w:space="1" w:color="000000"/>
      </w:pBdr>
      <w:spacing w:before="240" w:after="60"/>
    </w:pPr>
    <w:rPr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/>
    <w:rPr>
      <w:sz w:val="32"/>
    </w:rPr>
  </w:style>
  <w:style w:type="character" w:customStyle="1" w:styleId="TitleChar">
    <w:name w:val="Title Char"/>
    <w:basedOn w:val="DefaultParagraphFont"/>
    <w:link w:val="Title"/>
    <w:uiPriority w:val="10"/>
    <w:rsid w:val="00FC693F"/>
    <w:pPr/>
    <w:rPr>
      <w:sz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317</Words>
  <Characters>2056</Characters>
  <Application>Microsoft Office Word</Application>
  <DocSecurity>0</DocSecurity>
  <Lines>38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Novak, Mykl</cp:lastModifiedBy>
  <cp:revision>3</cp:revision>
  <dcterms:created xsi:type="dcterms:W3CDTF">2026-07-12T05:55:00Z</dcterms:created>
  <dcterms:modified xsi:type="dcterms:W3CDTF">2026-07-12T05:58:00Z</dcterms:modified>
  <cp:category/>
</cp:coreProperties>
</file>