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54EF14" w14:textId="77777777" w:rsidR="000257BD" w:rsidRPr="00AF1DD2" w:rsidRDefault="000257BD" w:rsidP="00AF1DD2">
      <w:pPr>
        <w:pStyle w:val="Title"/>
      </w:pPr>
      <w:r w:rsidRPr="00AF1DD2">
        <w:t>First Name Last Name</w:t>
      </w:r>
    </w:p>
    <w:p w14:paraId="1364BED7" w14:textId="09F9B895" w:rsidR="000257BD" w:rsidRPr="00B133FE" w:rsidRDefault="000257BD" w:rsidP="000257BD">
      <w:pPr>
        <w:rPr>
          <w:sz w:val="19"/>
          <w:szCs w:val="19"/>
        </w:rPr>
      </w:pPr>
      <w:r w:rsidRPr="00B133FE">
        <w:rPr>
          <w:i/>
          <w:iCs/>
          <w:sz w:val="19"/>
          <w:szCs w:val="19"/>
        </w:rPr>
        <w:t>Permanent Address:</w:t>
      </w:r>
      <w:r w:rsidRPr="00B133FE">
        <w:rPr>
          <w:sz w:val="19"/>
          <w:szCs w:val="19"/>
        </w:rPr>
        <w:t xml:space="preserve"> 502 E</w:t>
      </w:r>
      <w:r w:rsidR="005327B1">
        <w:rPr>
          <w:sz w:val="19"/>
          <w:szCs w:val="19"/>
        </w:rPr>
        <w:t>.</w:t>
      </w:r>
      <w:r w:rsidRPr="00B133FE">
        <w:rPr>
          <w:sz w:val="19"/>
          <w:szCs w:val="19"/>
        </w:rPr>
        <w:t xml:space="preserve"> Capitol St. NE • Washington, D.C. 20003 • (414) 288-7423 • first.lastname@marquette.edu</w:t>
      </w:r>
    </w:p>
    <w:p w14:paraId="1AF9F927" w14:textId="77777777" w:rsidR="000257BD" w:rsidRPr="00B133FE" w:rsidRDefault="000257BD" w:rsidP="000257BD">
      <w:pPr>
        <w:pBdr>
          <w:bottom w:val="single" w:sz="4" w:space="1" w:color="auto"/>
        </w:pBdr>
        <w:spacing w:after="80"/>
        <w:rPr>
          <w:sz w:val="19"/>
          <w:szCs w:val="19"/>
        </w:rPr>
      </w:pPr>
      <w:r w:rsidRPr="00B133FE">
        <w:rPr>
          <w:i/>
          <w:iCs/>
          <w:sz w:val="19"/>
          <w:szCs w:val="19"/>
        </w:rPr>
        <w:t>Current Address:</w:t>
      </w:r>
      <w:r w:rsidRPr="00B133FE">
        <w:rPr>
          <w:sz w:val="19"/>
          <w:szCs w:val="19"/>
        </w:rPr>
        <w:t xml:space="preserve"> 1415 W. Wisconsin Ave. • Milwaukee, WI 53233 • www.linkedin.com/firstnamelastname</w:t>
      </w:r>
    </w:p>
    <w:p w14:paraId="58D853D3" w14:textId="77777777" w:rsidR="00E437D7" w:rsidRPr="000257BD" w:rsidRDefault="00000000" w:rsidP="000257BD">
      <w:pPr>
        <w:pStyle w:val="Heading1"/>
      </w:pPr>
      <w:r w:rsidRPr="000257BD">
        <w:t>EDUCATION</w:t>
      </w:r>
    </w:p>
    <w:p w14:paraId="7E14A3C2" w14:textId="77777777" w:rsidR="00E437D7" w:rsidRDefault="00000000" w:rsidP="000257BD">
      <w:pPr>
        <w:tabs>
          <w:tab w:val="right" w:pos="10800"/>
        </w:tabs>
      </w:pPr>
      <w:r w:rsidRPr="000257BD">
        <w:rPr>
          <w:bCs/>
          <w:i/>
        </w:rPr>
        <w:t>Marquette University</w:t>
      </w:r>
      <w:r>
        <w:t>, Milwaukee, WI</w:t>
      </w:r>
      <w:r>
        <w:tab/>
        <w:t>Expected June 20xx</w:t>
      </w:r>
    </w:p>
    <w:p w14:paraId="78DB4F12" w14:textId="77777777" w:rsidR="00E437D7" w:rsidRPr="000257BD" w:rsidRDefault="00000000">
      <w:pPr>
        <w:rPr>
          <w:b/>
          <w:bCs/>
        </w:rPr>
      </w:pPr>
      <w:r w:rsidRPr="000257BD">
        <w:rPr>
          <w:b/>
          <w:bCs/>
        </w:rPr>
        <w:t>Bachelor of Science Degree in Elementary Education &amp; Biology</w:t>
      </w:r>
    </w:p>
    <w:p w14:paraId="107560A6" w14:textId="77777777" w:rsidR="00E437D7" w:rsidRDefault="00000000">
      <w:r>
        <w:t>Cumulative GPA: 3.601/4.00 • Ignatius Scholarship for Academic Excellence</w:t>
      </w:r>
    </w:p>
    <w:p w14:paraId="02098492" w14:textId="77777777" w:rsidR="00E437D7" w:rsidRDefault="00000000" w:rsidP="000257BD">
      <w:pPr>
        <w:tabs>
          <w:tab w:val="right" w:pos="10800"/>
        </w:tabs>
      </w:pPr>
      <w:r>
        <w:t>Licenses: WI Certification – Elementary Education</w:t>
      </w:r>
      <w:r>
        <w:tab/>
        <w:t>June 20xx</w:t>
      </w:r>
    </w:p>
    <w:p w14:paraId="42FE8CA3" w14:textId="77777777" w:rsidR="00E437D7" w:rsidRDefault="00000000" w:rsidP="000257BD">
      <w:pPr>
        <w:pStyle w:val="Heading1"/>
      </w:pPr>
      <w:r>
        <w:t>STUDENT TEACHING EXPERIENCE</w:t>
      </w:r>
    </w:p>
    <w:p w14:paraId="3A6627A0" w14:textId="77777777" w:rsidR="00E437D7" w:rsidRDefault="00000000" w:rsidP="000257BD">
      <w:pPr>
        <w:tabs>
          <w:tab w:val="right" w:pos="10800"/>
        </w:tabs>
      </w:pPr>
      <w:r>
        <w:rPr>
          <w:b/>
        </w:rPr>
        <w:t>Student Teacher-First Grade</w:t>
      </w:r>
      <w:r>
        <w:t xml:space="preserve">, </w:t>
      </w:r>
      <w:r>
        <w:rPr>
          <w:i/>
        </w:rPr>
        <w:t>Lincoln Elementary School</w:t>
      </w:r>
      <w:r>
        <w:t>, Wauwatosa, WI</w:t>
      </w:r>
      <w:r>
        <w:tab/>
        <w:t>Jan. 20xx-Present</w:t>
      </w:r>
    </w:p>
    <w:p w14:paraId="7C0AF9DE" w14:textId="77777777" w:rsidR="00E437D7" w:rsidRPr="000257BD" w:rsidRDefault="00000000" w:rsidP="000257BD">
      <w:pPr>
        <w:pStyle w:val="ListBullet"/>
        <w:ind w:left="288" w:hanging="288"/>
        <w:rPr>
          <w:spacing w:val="-2"/>
        </w:rPr>
      </w:pPr>
      <w:r w:rsidRPr="000257BD">
        <w:rPr>
          <w:spacing w:val="-2"/>
        </w:rPr>
        <w:t>Analyze student achievement data to determine appropriate interventions and enrichments for students by need</w:t>
      </w:r>
    </w:p>
    <w:p w14:paraId="4C20A432" w14:textId="77777777" w:rsidR="00E437D7" w:rsidRDefault="00000000" w:rsidP="000257BD">
      <w:pPr>
        <w:pStyle w:val="ListBullet"/>
        <w:ind w:left="288" w:hanging="288"/>
      </w:pPr>
      <w:r>
        <w:t>Teach unit blending art and space science to develop student-created books about the Sun, Moon and Earth</w:t>
      </w:r>
    </w:p>
    <w:p w14:paraId="1B47F73F" w14:textId="77777777" w:rsidR="00E437D7" w:rsidRDefault="00000000" w:rsidP="000257BD">
      <w:pPr>
        <w:pStyle w:val="ListBullet"/>
        <w:ind w:left="288" w:hanging="288"/>
      </w:pPr>
      <w:r>
        <w:t>Implement Daily 5 model of literacy emphasizing explicit comprehension instruction and guided reading</w:t>
      </w:r>
    </w:p>
    <w:p w14:paraId="32E4E0A3" w14:textId="77777777" w:rsidR="00E437D7" w:rsidRDefault="00000000" w:rsidP="000257BD">
      <w:pPr>
        <w:pStyle w:val="ListBullet"/>
        <w:ind w:left="288" w:hanging="288"/>
      </w:pPr>
      <w:r>
        <w:t>Use high-interest children’s literature as mentor texts for social studies, science and reading concepts</w:t>
      </w:r>
    </w:p>
    <w:p w14:paraId="118AA243" w14:textId="77777777" w:rsidR="00E437D7" w:rsidRDefault="00000000" w:rsidP="000257BD">
      <w:pPr>
        <w:pStyle w:val="ListBullet"/>
        <w:ind w:left="288" w:hanging="288"/>
      </w:pPr>
      <w:r>
        <w:t>Collaborate with special education teacher to differentiate behavior supports for two students with severe ADHD</w:t>
      </w:r>
    </w:p>
    <w:p w14:paraId="0E7F9E0A" w14:textId="77777777" w:rsidR="00E437D7" w:rsidRDefault="00000000" w:rsidP="000257BD">
      <w:pPr>
        <w:pStyle w:val="ListBullet"/>
        <w:ind w:left="288" w:hanging="288"/>
      </w:pPr>
      <w:r>
        <w:t>Communicate in-person and via email with parents about the academic progress and behavior of 27 students</w:t>
      </w:r>
    </w:p>
    <w:p w14:paraId="50DE93DD" w14:textId="77777777" w:rsidR="00E437D7" w:rsidRPr="000257BD" w:rsidRDefault="00000000" w:rsidP="000257BD">
      <w:pPr>
        <w:pStyle w:val="ListBullet"/>
        <w:ind w:left="288" w:hanging="288"/>
        <w:rPr>
          <w:spacing w:val="-2"/>
        </w:rPr>
      </w:pPr>
      <w:r w:rsidRPr="000257BD">
        <w:rPr>
          <w:spacing w:val="-2"/>
        </w:rPr>
        <w:t>Attend Home &amp; School Association meetings to build relationships with families, learning about school community</w:t>
      </w:r>
    </w:p>
    <w:p w14:paraId="05DB61E7" w14:textId="77777777" w:rsidR="00E437D7" w:rsidRDefault="00000000" w:rsidP="000257BD">
      <w:pPr>
        <w:pStyle w:val="ListBullet"/>
        <w:ind w:left="288" w:hanging="288"/>
      </w:pPr>
      <w:r>
        <w:t>Integrate Smart Board technology into all academic areas</w:t>
      </w:r>
    </w:p>
    <w:p w14:paraId="4C477B83" w14:textId="77777777" w:rsidR="00E437D7" w:rsidRDefault="00000000" w:rsidP="000257BD">
      <w:pPr>
        <w:pStyle w:val="Heading1"/>
      </w:pPr>
      <w:r>
        <w:t>STUDENT OBSERVATION EXPERIENCE</w:t>
      </w:r>
    </w:p>
    <w:p w14:paraId="6D5A2AF3" w14:textId="77777777" w:rsidR="00E437D7" w:rsidRDefault="00000000" w:rsidP="000257BD">
      <w:pPr>
        <w:tabs>
          <w:tab w:val="right" w:pos="10800"/>
        </w:tabs>
      </w:pPr>
      <w:r>
        <w:rPr>
          <w:b/>
        </w:rPr>
        <w:t>Field Experience-Fifth Grade</w:t>
      </w:r>
      <w:r>
        <w:t xml:space="preserve">, </w:t>
      </w:r>
      <w:r>
        <w:rPr>
          <w:i/>
        </w:rPr>
        <w:t>Catholic East Elementary School</w:t>
      </w:r>
      <w:r>
        <w:t>, Milwaukee, WI</w:t>
      </w:r>
      <w:r>
        <w:tab/>
        <w:t>Fall 20xx</w:t>
      </w:r>
    </w:p>
    <w:p w14:paraId="372EAEBA" w14:textId="77777777" w:rsidR="00E437D7" w:rsidRDefault="00000000" w:rsidP="000257BD">
      <w:pPr>
        <w:tabs>
          <w:tab w:val="right" w:pos="10800"/>
        </w:tabs>
      </w:pPr>
      <w:r>
        <w:rPr>
          <w:b/>
        </w:rPr>
        <w:t>Field Experience-Eighth Grade</w:t>
      </w:r>
      <w:r>
        <w:t xml:space="preserve">, </w:t>
      </w:r>
      <w:r>
        <w:rPr>
          <w:i/>
        </w:rPr>
        <w:t>Longfellow Middle School</w:t>
      </w:r>
      <w:r>
        <w:t>, Wauwatosa, WI</w:t>
      </w:r>
      <w:r>
        <w:tab/>
        <w:t>Spring 20xx</w:t>
      </w:r>
    </w:p>
    <w:p w14:paraId="14F1F88E" w14:textId="77777777" w:rsidR="00E437D7" w:rsidRDefault="00000000" w:rsidP="000257BD">
      <w:pPr>
        <w:tabs>
          <w:tab w:val="right" w:pos="10800"/>
        </w:tabs>
      </w:pPr>
      <w:r>
        <w:rPr>
          <w:b/>
        </w:rPr>
        <w:t>Field Experience-Fourth Grade</w:t>
      </w:r>
      <w:r>
        <w:t xml:space="preserve">, </w:t>
      </w:r>
      <w:r>
        <w:rPr>
          <w:i/>
        </w:rPr>
        <w:t>Escuela Vieau School</w:t>
      </w:r>
      <w:r>
        <w:t>, Milwaukee, WI</w:t>
      </w:r>
      <w:r>
        <w:tab/>
        <w:t>Fall 20xx</w:t>
      </w:r>
    </w:p>
    <w:p w14:paraId="21D9110A" w14:textId="77777777" w:rsidR="00E437D7" w:rsidRDefault="00000000" w:rsidP="000257BD">
      <w:pPr>
        <w:pStyle w:val="ListBullet"/>
        <w:ind w:left="288" w:hanging="288"/>
      </w:pPr>
      <w:r>
        <w:t>Created group-focused social studies unit about traditional modern Native American culture</w:t>
      </w:r>
    </w:p>
    <w:p w14:paraId="1F6F81FA" w14:textId="77777777" w:rsidR="00E437D7" w:rsidRDefault="00000000" w:rsidP="000257BD">
      <w:pPr>
        <w:pStyle w:val="ListBullet"/>
        <w:ind w:left="288" w:hanging="288"/>
      </w:pPr>
      <w:r>
        <w:t>Incorporated students who had behavioral and learning disabilities into lessons by differentiating activities in lessons and providing additional assistance during these activities</w:t>
      </w:r>
    </w:p>
    <w:p w14:paraId="13DA2964" w14:textId="77777777" w:rsidR="00E437D7" w:rsidRDefault="00000000" w:rsidP="000257BD">
      <w:pPr>
        <w:pStyle w:val="ListBullet"/>
        <w:ind w:left="288" w:hanging="288"/>
      </w:pPr>
      <w:r>
        <w:t>Compared and observed multiple teaching methods and educational environments to contribute to professional development</w:t>
      </w:r>
    </w:p>
    <w:p w14:paraId="3372A570" w14:textId="77777777" w:rsidR="00E437D7" w:rsidRDefault="00000000" w:rsidP="000257BD">
      <w:pPr>
        <w:pStyle w:val="Heading1"/>
      </w:pPr>
      <w:r>
        <w:t>OTHER RELATED EXPERIENCE</w:t>
      </w:r>
    </w:p>
    <w:p w14:paraId="504197CC" w14:textId="77777777" w:rsidR="00E437D7" w:rsidRDefault="00000000" w:rsidP="000257BD">
      <w:pPr>
        <w:tabs>
          <w:tab w:val="right" w:pos="10800"/>
        </w:tabs>
      </w:pPr>
      <w:r>
        <w:rPr>
          <w:b/>
        </w:rPr>
        <w:t>Career Intern</w:t>
      </w:r>
      <w:r>
        <w:t>, Marquette University Career Center, Milwaukee, WI</w:t>
      </w:r>
      <w:r>
        <w:tab/>
        <w:t>Aug. 20xx-Dec. 20xx</w:t>
      </w:r>
    </w:p>
    <w:p w14:paraId="7F694C57" w14:textId="77777777" w:rsidR="00E437D7" w:rsidRDefault="00000000" w:rsidP="000257BD">
      <w:pPr>
        <w:pStyle w:val="ListBullet"/>
        <w:ind w:left="288" w:hanging="288"/>
      </w:pPr>
      <w:r>
        <w:t>Coached college students on how to create effective resumes and cover letters providing constructive feedback, instruction and additional resources as needed</w:t>
      </w:r>
    </w:p>
    <w:p w14:paraId="05A2A0A4" w14:textId="77777777" w:rsidR="00E437D7" w:rsidRDefault="00000000" w:rsidP="000257BD">
      <w:pPr>
        <w:pStyle w:val="ListBullet"/>
        <w:ind w:left="288" w:hanging="288"/>
      </w:pPr>
      <w:r>
        <w:t>Designed and presented presentations using Prezi and PowerPoint to student audience of up to 50</w:t>
      </w:r>
    </w:p>
    <w:p w14:paraId="4AF970CB" w14:textId="77777777" w:rsidR="00E437D7" w:rsidRDefault="00000000" w:rsidP="000257BD">
      <w:pPr>
        <w:pStyle w:val="ListBullet"/>
        <w:ind w:left="288" w:hanging="288"/>
      </w:pPr>
      <w:r>
        <w:t>Managed student presentation requests using Microsoft Outlook &amp; Excel</w:t>
      </w:r>
    </w:p>
    <w:p w14:paraId="5E6904F2" w14:textId="77777777" w:rsidR="00E437D7" w:rsidRDefault="00000000" w:rsidP="000257BD">
      <w:pPr>
        <w:tabs>
          <w:tab w:val="right" w:pos="10800"/>
        </w:tabs>
      </w:pPr>
      <w:r>
        <w:rPr>
          <w:b/>
        </w:rPr>
        <w:t>Service Learner</w:t>
      </w:r>
      <w:r>
        <w:t>, Penfield Children’s Center, Milwaukee, WI</w:t>
      </w:r>
      <w:r>
        <w:tab/>
        <w:t>Spring 20xx</w:t>
      </w:r>
    </w:p>
    <w:p w14:paraId="7DEF92A6" w14:textId="77777777" w:rsidR="00E437D7" w:rsidRDefault="00000000" w:rsidP="000257BD">
      <w:pPr>
        <w:pStyle w:val="ListBullet"/>
        <w:ind w:left="288" w:hanging="288"/>
      </w:pPr>
      <w:r>
        <w:t>Worked with peers in psychology and speech language pathology as a member of an interdisciplinary team to develop a mock IEP report for an autistic ten-year-old</w:t>
      </w:r>
    </w:p>
    <w:p w14:paraId="6AD9E93B" w14:textId="77777777" w:rsidR="00E437D7" w:rsidRDefault="00000000" w:rsidP="000257BD">
      <w:pPr>
        <w:pStyle w:val="ListBullet"/>
        <w:ind w:left="288" w:hanging="288"/>
      </w:pPr>
      <w:r>
        <w:t>Utilized behavioral therapy strategies to engage student in learning activities and increase positive behavior</w:t>
      </w:r>
    </w:p>
    <w:p w14:paraId="44D57119" w14:textId="77777777" w:rsidR="00E437D7" w:rsidRDefault="00000000" w:rsidP="000257BD">
      <w:pPr>
        <w:tabs>
          <w:tab w:val="right" w:pos="10800"/>
        </w:tabs>
      </w:pPr>
      <w:r>
        <w:rPr>
          <w:b/>
        </w:rPr>
        <w:t>Tutor</w:t>
      </w:r>
      <w:r>
        <w:t>, Cathedral Center, Inc., Milwaukee, WI</w:t>
      </w:r>
      <w:r>
        <w:tab/>
        <w:t>Fall 20xx</w:t>
      </w:r>
    </w:p>
    <w:p w14:paraId="4B609EE1" w14:textId="77777777" w:rsidR="00E437D7" w:rsidRDefault="00000000" w:rsidP="000257BD">
      <w:pPr>
        <w:pStyle w:val="ListBullet"/>
        <w:ind w:left="288" w:hanging="288"/>
      </w:pPr>
      <w:r>
        <w:t>Assisted 6 homeless students form diverse cultural backgrounds with homework for over 40 hours</w:t>
      </w:r>
    </w:p>
    <w:p w14:paraId="54BBEC90" w14:textId="77777777" w:rsidR="00E437D7" w:rsidRDefault="00000000" w:rsidP="000257BD">
      <w:pPr>
        <w:tabs>
          <w:tab w:val="right" w:pos="10800"/>
        </w:tabs>
      </w:pPr>
      <w:r>
        <w:rPr>
          <w:b/>
        </w:rPr>
        <w:t>Lifeguard</w:t>
      </w:r>
      <w:r>
        <w:t xml:space="preserve">, </w:t>
      </w:r>
      <w:r>
        <w:rPr>
          <w:i/>
        </w:rPr>
        <w:t>Des Plaines Park &amp; Rec</w:t>
      </w:r>
      <w:r>
        <w:t>, Des Plaines, IL</w:t>
      </w:r>
      <w:r>
        <w:tab/>
        <w:t>Summers 20xx-20xx</w:t>
      </w:r>
    </w:p>
    <w:p w14:paraId="486F2D73" w14:textId="77777777" w:rsidR="00E437D7" w:rsidRDefault="00000000" w:rsidP="000257BD">
      <w:pPr>
        <w:pStyle w:val="ListBullet"/>
        <w:ind w:left="288" w:hanging="288"/>
      </w:pPr>
      <w:r>
        <w:t xml:space="preserve">Enforced rules and regulations </w:t>
      </w:r>
      <w:proofErr w:type="gramStart"/>
      <w:r>
        <w:t>in order to</w:t>
      </w:r>
      <w:proofErr w:type="gramEnd"/>
      <w:r>
        <w:t xml:space="preserve"> maintain a safe environment for all patrons</w:t>
      </w:r>
    </w:p>
    <w:p w14:paraId="6C2F6626" w14:textId="77777777" w:rsidR="00E437D7" w:rsidRDefault="00000000" w:rsidP="000257BD">
      <w:pPr>
        <w:pStyle w:val="ListBullet"/>
        <w:ind w:left="288" w:hanging="288"/>
      </w:pPr>
      <w:r>
        <w:t>Remained calm during medical emergencies, followed emergency protocol, and administered first aid</w:t>
      </w:r>
    </w:p>
    <w:p w14:paraId="5A42CD4E" w14:textId="77777777" w:rsidR="000257BD" w:rsidRDefault="000257BD" w:rsidP="000257BD">
      <w:pPr>
        <w:pStyle w:val="Heading1"/>
      </w:pPr>
      <w:r>
        <w:t>LEADERSHIP EXPERIENCE &amp; EXTRACURRICULAR INVOLVEMENT</w:t>
      </w:r>
    </w:p>
    <w:p w14:paraId="4FCB08B8" w14:textId="77777777" w:rsidR="000257BD" w:rsidRDefault="000257BD" w:rsidP="000257BD">
      <w:pPr>
        <w:tabs>
          <w:tab w:val="right" w:pos="10800"/>
        </w:tabs>
      </w:pPr>
      <w:r>
        <w:rPr>
          <w:b/>
        </w:rPr>
        <w:t>Peer Advisor</w:t>
      </w:r>
      <w:r>
        <w:t xml:space="preserve">, </w:t>
      </w:r>
      <w:r>
        <w:rPr>
          <w:i/>
        </w:rPr>
        <w:t>Marquette College of Education Peer Education Advising Resource Program</w:t>
      </w:r>
      <w:r>
        <w:tab/>
        <w:t>Aug. 20xx-Present</w:t>
      </w:r>
    </w:p>
    <w:p w14:paraId="3B1A5D73" w14:textId="77777777" w:rsidR="000257BD" w:rsidRDefault="000257BD" w:rsidP="000257BD">
      <w:pPr>
        <w:tabs>
          <w:tab w:val="right" w:pos="10800"/>
        </w:tabs>
      </w:pPr>
      <w:r>
        <w:rPr>
          <w:b/>
        </w:rPr>
        <w:t>Blogger</w:t>
      </w:r>
      <w:r>
        <w:t xml:space="preserve">, </w:t>
      </w:r>
      <w:r>
        <w:rPr>
          <w:i/>
        </w:rPr>
        <w:t>Marquette Educator Blog</w:t>
      </w:r>
      <w:r>
        <w:tab/>
        <w:t>Fall 20xx</w:t>
      </w:r>
    </w:p>
    <w:p w14:paraId="4561F6B8" w14:textId="5F2E8988" w:rsidR="000257BD" w:rsidRDefault="000257BD" w:rsidP="000257BD">
      <w:pPr>
        <w:tabs>
          <w:tab w:val="right" w:pos="10800"/>
        </w:tabs>
      </w:pPr>
      <w:r>
        <w:rPr>
          <w:b/>
        </w:rPr>
        <w:t>Secretary</w:t>
      </w:r>
      <w:r>
        <w:t xml:space="preserve">, </w:t>
      </w:r>
      <w:r>
        <w:rPr>
          <w:i/>
        </w:rPr>
        <w:t>McCabe Hall Executive Board</w:t>
      </w:r>
      <w:r>
        <w:tab/>
        <w:t>Spring 20xx</w:t>
      </w:r>
    </w:p>
    <w:sectPr w:rsidR="000257BD" w:rsidSect="00034616">
      <w:pgSz w:w="12240" w:h="15840"/>
      <w:pgMar w:top="1080" w:right="720" w:bottom="1080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3926807">
    <w:abstractNumId w:val="8"/>
  </w:num>
  <w:num w:numId="2" w16cid:durableId="1135761415">
    <w:abstractNumId w:val="6"/>
  </w:num>
  <w:num w:numId="3" w16cid:durableId="1537236140">
    <w:abstractNumId w:val="5"/>
  </w:num>
  <w:num w:numId="4" w16cid:durableId="1409882279">
    <w:abstractNumId w:val="4"/>
  </w:num>
  <w:num w:numId="5" w16cid:durableId="161627494">
    <w:abstractNumId w:val="7"/>
  </w:num>
  <w:num w:numId="6" w16cid:durableId="2003046417">
    <w:abstractNumId w:val="3"/>
  </w:num>
  <w:num w:numId="7" w16cid:durableId="901863895">
    <w:abstractNumId w:val="2"/>
  </w:num>
  <w:num w:numId="8" w16cid:durableId="549146507">
    <w:abstractNumId w:val="1"/>
  </w:num>
  <w:num w:numId="9" w16cid:durableId="1505432018">
    <w:abstractNumId w:val="0"/>
  </w:num>
  <w:num w:numId="10" w16cid:durableId="1292204117">
    <w:abstractNumId w:val="8"/>
  </w:num>
  <w:num w:numId="11" w16cid:durableId="1877741803">
    <w:abstractNumId w:val="8"/>
  </w:num>
  <w:num w:numId="12" w16cid:durableId="1491099586">
    <w:abstractNumId w:val="8"/>
  </w:num>
  <w:num w:numId="13" w16cid:durableId="151022104">
    <w:abstractNumId w:val="8"/>
  </w:num>
  <w:num w:numId="14" w16cid:durableId="1096248653">
    <w:abstractNumId w:val="8"/>
  </w:num>
  <w:num w:numId="15" w16cid:durableId="34518288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7BD"/>
    <w:rsid w:val="00034616"/>
    <w:rsid w:val="0006063C"/>
    <w:rsid w:val="000D11C7"/>
    <w:rsid w:val="0015074B"/>
    <w:rsid w:val="0029639D"/>
    <w:rsid w:val="00326F90"/>
    <w:rsid w:val="00424F6D"/>
    <w:rsid w:val="005327B1"/>
    <w:rsid w:val="00AA1D8D"/>
    <w:rsid w:val="00AF1DD2"/>
    <w:rsid w:val="00B47730"/>
    <w:rsid w:val="00CB0664"/>
    <w:rsid w:val="00E437D7"/>
    <w:rsid w:val="00EE54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9968C0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Open Sans" w:eastAsia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pBdr>
        <w:bottom w:val="single" w:sz="4" w:space="1" w:color="000000"/>
      </w:pBdr>
      <w:spacing w:before="10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AF1DD2"/>
    <w:rPr>
      <w:rFonts w:ascii="Open Sans SemiBold" w:hAnsi="Open Sans SemiBold" w:cs="Open Sans SemiBold"/>
      <w:b/>
      <w:bCs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AF1DD2"/>
    <w:rPr>
      <w:rFonts w:ascii="Open Sans SemiBold" w:eastAsia="Open Sans" w:hAnsi="Open Sans SemiBold" w:cs="Open Sans SemiBold"/>
      <w:b/>
      <w:bCs/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3056</Characters>
  <Application>Microsoft Office Word</Application>
  <DocSecurity>0</DocSecurity>
  <Lines>46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Novak, Mykl</cp:lastModifiedBy>
  <cp:revision>4</cp:revision>
  <dcterms:created xsi:type="dcterms:W3CDTF">2026-07-12T06:25:00Z</dcterms:created>
  <dcterms:modified xsi:type="dcterms:W3CDTF">2026-07-17T00:05:00Z</dcterms:modified>
  <cp:category/>
</cp:coreProperties>
</file>