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CA2FA1" w14:textId="77777777" w:rsidR="005F6962" w:rsidRPr="00D8263B" w:rsidRDefault="00000000" w:rsidP="00D8263B">
      <w:pPr>
        <w:pStyle w:val="Title"/>
      </w:pPr>
      <w:r w:rsidRPr="00D8263B">
        <w:t>First Name Last Name</w:t>
      </w:r>
    </w:p>
    <w:p w14:paraId="53922740" w14:textId="77777777" w:rsidR="005F6962" w:rsidRPr="00914157" w:rsidRDefault="00000000" w:rsidP="00914157">
      <w:pPr>
        <w:spacing w:after="280"/>
        <w:rPr>
          <w:sz w:val="21"/>
          <w:szCs w:val="21"/>
        </w:rPr>
      </w:pPr>
      <w:r w:rsidRPr="00914157">
        <w:rPr>
          <w:sz w:val="21"/>
          <w:szCs w:val="21"/>
        </w:rPr>
        <w:t xml:space="preserve">1415 W. Wisconsin Ave. • Milwaukee, WI 53233 • 414-288-7423 • </w:t>
      </w:r>
      <w:r w:rsidRPr="00914157">
        <w:rPr>
          <w:rStyle w:val="Hyperlink"/>
          <w:sz w:val="21"/>
          <w:szCs w:val="21"/>
        </w:rPr>
        <w:t>firstname.lastname@marquette.edu</w:t>
      </w:r>
    </w:p>
    <w:p w14:paraId="28F8B471" w14:textId="77777777" w:rsidR="005F6962" w:rsidRPr="00914157" w:rsidRDefault="00000000" w:rsidP="00914157">
      <w:pPr>
        <w:pStyle w:val="Heading2"/>
      </w:pPr>
      <w:r w:rsidRPr="00914157">
        <w:t>References</w:t>
      </w:r>
    </w:p>
    <w:p w14:paraId="682F25FF" w14:textId="77777777" w:rsidR="005F6962" w:rsidRDefault="00000000">
      <w:pPr>
        <w:spacing w:after="20"/>
      </w:pPr>
      <w:r>
        <w:rPr>
          <w:b/>
        </w:rPr>
        <w:t>Dr. Sally Wilcox</w:t>
      </w:r>
    </w:p>
    <w:p w14:paraId="73D18465" w14:textId="77777777" w:rsidR="005F6962" w:rsidRDefault="00000000">
      <w:pPr>
        <w:spacing w:after="0"/>
      </w:pPr>
      <w:r>
        <w:t>Assistant Professor of History</w:t>
      </w:r>
    </w:p>
    <w:p w14:paraId="47D111F3" w14:textId="77777777" w:rsidR="005F6962" w:rsidRDefault="00000000">
      <w:pPr>
        <w:spacing w:after="0"/>
      </w:pPr>
      <w:r>
        <w:t>Marquette University</w:t>
      </w:r>
    </w:p>
    <w:p w14:paraId="3AAA6979" w14:textId="77777777" w:rsidR="005F6962" w:rsidRDefault="00000000">
      <w:pPr>
        <w:spacing w:after="0"/>
      </w:pPr>
      <w:r>
        <w:t>P.O. Box 1881</w:t>
      </w:r>
    </w:p>
    <w:p w14:paraId="369D2AC3" w14:textId="77777777" w:rsidR="005F6962" w:rsidRDefault="00000000">
      <w:pPr>
        <w:spacing w:after="0"/>
      </w:pPr>
      <w:r>
        <w:t>Milwaukee, WI 53201</w:t>
      </w:r>
    </w:p>
    <w:p w14:paraId="467E5295" w14:textId="77777777" w:rsidR="005F6962" w:rsidRDefault="00000000">
      <w:pPr>
        <w:spacing w:after="0"/>
      </w:pPr>
      <w:r>
        <w:t>414.288.7423</w:t>
      </w:r>
    </w:p>
    <w:p w14:paraId="7732EC80" w14:textId="54478D44" w:rsidR="005F6962" w:rsidRDefault="00914157">
      <w:pPr>
        <w:spacing w:after="0"/>
      </w:pPr>
      <w:hyperlink r:id="rId6" w:history="1">
        <w:r w:rsidRPr="001C678D">
          <w:rPr>
            <w:rStyle w:val="Hyperlink"/>
          </w:rPr>
          <w:t>sally.wilcox@marquette.edu</w:t>
        </w:r>
      </w:hyperlink>
    </w:p>
    <w:p w14:paraId="7288A797" w14:textId="77777777" w:rsidR="00914157" w:rsidRDefault="00914157">
      <w:pPr>
        <w:spacing w:after="0"/>
      </w:pPr>
    </w:p>
    <w:p w14:paraId="77A7EA8D" w14:textId="77777777" w:rsidR="005F6962" w:rsidRPr="00914157" w:rsidRDefault="00000000">
      <w:pPr>
        <w:spacing w:after="200"/>
        <w:rPr>
          <w:iCs/>
        </w:rPr>
      </w:pPr>
      <w:r w:rsidRPr="00914157">
        <w:rPr>
          <w:iCs/>
        </w:rPr>
        <w:t>Professor for one class and my curriculum advisor for three years.</w:t>
      </w:r>
    </w:p>
    <w:p w14:paraId="7FDE0D64" w14:textId="77777777" w:rsidR="005F6962" w:rsidRDefault="00000000">
      <w:pPr>
        <w:spacing w:after="20"/>
      </w:pPr>
      <w:r>
        <w:rPr>
          <w:b/>
        </w:rPr>
        <w:t>Dr. Ken Smiley</w:t>
      </w:r>
    </w:p>
    <w:p w14:paraId="04B4C45F" w14:textId="77777777" w:rsidR="005F6962" w:rsidRDefault="00000000">
      <w:pPr>
        <w:spacing w:after="0"/>
      </w:pPr>
      <w:r>
        <w:t>Professor of Political Science</w:t>
      </w:r>
    </w:p>
    <w:p w14:paraId="25DE1A8C" w14:textId="77777777" w:rsidR="005F6962" w:rsidRDefault="00000000">
      <w:pPr>
        <w:spacing w:after="0"/>
      </w:pPr>
      <w:r>
        <w:t>Marquette University</w:t>
      </w:r>
    </w:p>
    <w:p w14:paraId="54AD42E0" w14:textId="77777777" w:rsidR="005F6962" w:rsidRDefault="00000000">
      <w:pPr>
        <w:spacing w:after="0"/>
      </w:pPr>
      <w:r>
        <w:t>P.O. Box 1881</w:t>
      </w:r>
    </w:p>
    <w:p w14:paraId="15EB794C" w14:textId="77777777" w:rsidR="005F6962" w:rsidRDefault="00000000">
      <w:pPr>
        <w:spacing w:after="0"/>
      </w:pPr>
      <w:r>
        <w:t>Milwaukee, WI 53201</w:t>
      </w:r>
    </w:p>
    <w:p w14:paraId="05991DFF" w14:textId="77777777" w:rsidR="005F6962" w:rsidRDefault="00000000">
      <w:pPr>
        <w:spacing w:after="0"/>
      </w:pPr>
      <w:r>
        <w:t>414.288.7423</w:t>
      </w:r>
    </w:p>
    <w:p w14:paraId="5E207AC1" w14:textId="2523759B" w:rsidR="005F6962" w:rsidRDefault="00914157">
      <w:pPr>
        <w:spacing w:after="0"/>
      </w:pPr>
      <w:hyperlink r:id="rId7" w:history="1">
        <w:r w:rsidRPr="001C678D">
          <w:rPr>
            <w:rStyle w:val="Hyperlink"/>
          </w:rPr>
          <w:t>kenneth.smiley@marquette.edu</w:t>
        </w:r>
      </w:hyperlink>
    </w:p>
    <w:p w14:paraId="007E4D44" w14:textId="77777777" w:rsidR="00914157" w:rsidRDefault="00914157">
      <w:pPr>
        <w:spacing w:after="0"/>
      </w:pPr>
    </w:p>
    <w:p w14:paraId="1F122405" w14:textId="77777777" w:rsidR="005F6962" w:rsidRPr="00914157" w:rsidRDefault="00000000">
      <w:pPr>
        <w:spacing w:after="200"/>
        <w:rPr>
          <w:iCs/>
        </w:rPr>
      </w:pPr>
      <w:r w:rsidRPr="00914157">
        <w:rPr>
          <w:iCs/>
        </w:rPr>
        <w:t>Professor of my advanced seminar course and advisor to my international relations project.</w:t>
      </w:r>
    </w:p>
    <w:p w14:paraId="15FC887E" w14:textId="77777777" w:rsidR="005F6962" w:rsidRDefault="00000000">
      <w:pPr>
        <w:spacing w:after="20"/>
      </w:pPr>
      <w:r>
        <w:rPr>
          <w:b/>
        </w:rPr>
        <w:t>Mr. Jordan Jameson</w:t>
      </w:r>
    </w:p>
    <w:p w14:paraId="140D17DA" w14:textId="77777777" w:rsidR="005F6962" w:rsidRDefault="00000000">
      <w:pPr>
        <w:spacing w:after="0"/>
      </w:pPr>
      <w:r>
        <w:t>Office Manager</w:t>
      </w:r>
    </w:p>
    <w:p w14:paraId="5558C403" w14:textId="77777777" w:rsidR="005F6962" w:rsidRDefault="00000000">
      <w:pPr>
        <w:spacing w:after="0"/>
      </w:pPr>
      <w:r>
        <w:t>Background Check Department</w:t>
      </w:r>
    </w:p>
    <w:p w14:paraId="49647B4F" w14:textId="77777777" w:rsidR="005F6962" w:rsidRDefault="00000000">
      <w:pPr>
        <w:spacing w:after="0"/>
      </w:pPr>
      <w:r>
        <w:t>Wisconsin Department of Intelligence</w:t>
      </w:r>
    </w:p>
    <w:p w14:paraId="2EDB65D5" w14:textId="77777777" w:rsidR="005F6962" w:rsidRDefault="00000000">
      <w:pPr>
        <w:spacing w:after="0"/>
      </w:pPr>
      <w:r>
        <w:t>100 Wisconsin Avenue</w:t>
      </w:r>
    </w:p>
    <w:p w14:paraId="31DE77F1" w14:textId="77777777" w:rsidR="005F6962" w:rsidRDefault="00000000">
      <w:pPr>
        <w:spacing w:after="0"/>
      </w:pPr>
      <w:r>
        <w:t>Milwaukee, WI 53201</w:t>
      </w:r>
    </w:p>
    <w:p w14:paraId="3EAC310B" w14:textId="77777777" w:rsidR="005F6962" w:rsidRDefault="00000000">
      <w:pPr>
        <w:spacing w:after="0"/>
      </w:pPr>
      <w:r>
        <w:t>414.555.5656</w:t>
      </w:r>
    </w:p>
    <w:p w14:paraId="6EE23A53" w14:textId="7722729A" w:rsidR="005F6962" w:rsidRDefault="00914157">
      <w:pPr>
        <w:spacing w:after="0"/>
      </w:pPr>
      <w:hyperlink r:id="rId8" w:history="1">
        <w:r w:rsidRPr="001C678D">
          <w:rPr>
            <w:rStyle w:val="Hyperlink"/>
          </w:rPr>
          <w:t>jjameson@wdi.gov</w:t>
        </w:r>
      </w:hyperlink>
    </w:p>
    <w:p w14:paraId="46F574E4" w14:textId="77777777" w:rsidR="00914157" w:rsidRDefault="00914157">
      <w:pPr>
        <w:spacing w:after="0"/>
      </w:pPr>
    </w:p>
    <w:p w14:paraId="77E47F5B" w14:textId="77777777" w:rsidR="005F6962" w:rsidRPr="00914157" w:rsidRDefault="00000000">
      <w:pPr>
        <w:spacing w:after="200"/>
        <w:rPr>
          <w:iCs/>
        </w:rPr>
      </w:pPr>
      <w:r w:rsidRPr="00914157">
        <w:rPr>
          <w:iCs/>
        </w:rPr>
        <w:t>Supervisor and trainer for my Department of Intelligence internship.</w:t>
      </w:r>
    </w:p>
    <w:p w14:paraId="13F6B3FB" w14:textId="77777777" w:rsidR="005F6962" w:rsidRDefault="00000000">
      <w:pPr>
        <w:spacing w:after="20"/>
      </w:pPr>
      <w:r>
        <w:rPr>
          <w:b/>
        </w:rPr>
        <w:t>Ms. Angelique Brown</w:t>
      </w:r>
    </w:p>
    <w:p w14:paraId="7A6369A4" w14:textId="77777777" w:rsidR="005F6962" w:rsidRDefault="00000000">
      <w:pPr>
        <w:spacing w:after="0"/>
      </w:pPr>
      <w:r>
        <w:t>Volunteer Supervisor</w:t>
      </w:r>
    </w:p>
    <w:p w14:paraId="52D8A107" w14:textId="77777777" w:rsidR="005F6962" w:rsidRDefault="00000000">
      <w:pPr>
        <w:spacing w:after="0"/>
      </w:pPr>
      <w:r>
        <w:t>Teen Service Club</w:t>
      </w:r>
    </w:p>
    <w:p w14:paraId="5BA66B53" w14:textId="77777777" w:rsidR="005F6962" w:rsidRDefault="00000000">
      <w:pPr>
        <w:spacing w:after="0"/>
      </w:pPr>
      <w:r>
        <w:t>20111 W. Wells Street</w:t>
      </w:r>
    </w:p>
    <w:p w14:paraId="1A702A91" w14:textId="77777777" w:rsidR="005F6962" w:rsidRDefault="00000000">
      <w:pPr>
        <w:spacing w:after="0"/>
      </w:pPr>
      <w:r>
        <w:t>Milwaukee, WI 53201-1881</w:t>
      </w:r>
    </w:p>
    <w:p w14:paraId="5C1DC73A" w14:textId="77777777" w:rsidR="005F6962" w:rsidRDefault="00000000">
      <w:pPr>
        <w:spacing w:after="0"/>
      </w:pPr>
      <w:r>
        <w:t>414.288.7423</w:t>
      </w:r>
    </w:p>
    <w:p w14:paraId="7D70F201" w14:textId="46CFF02C" w:rsidR="005F6962" w:rsidRDefault="00914157">
      <w:pPr>
        <w:spacing w:after="0"/>
      </w:pPr>
      <w:hyperlink r:id="rId9" w:history="1">
        <w:r w:rsidRPr="001C678D">
          <w:rPr>
            <w:rStyle w:val="Hyperlink"/>
          </w:rPr>
          <w:t>angelique.brown@marquette.edu</w:t>
        </w:r>
      </w:hyperlink>
    </w:p>
    <w:p w14:paraId="0C473F34" w14:textId="77777777" w:rsidR="00914157" w:rsidRDefault="00914157">
      <w:pPr>
        <w:spacing w:after="0"/>
      </w:pPr>
    </w:p>
    <w:p w14:paraId="71010CD1" w14:textId="77777777" w:rsidR="005F6962" w:rsidRPr="00914157" w:rsidRDefault="00000000">
      <w:pPr>
        <w:spacing w:after="200"/>
        <w:rPr>
          <w:iCs/>
        </w:rPr>
      </w:pPr>
      <w:r w:rsidRPr="00914157">
        <w:rPr>
          <w:iCs/>
        </w:rPr>
        <w:t>My supervisor and mentor for working with troubled teens.</w:t>
      </w:r>
    </w:p>
    <w:sectPr w:rsidR="005F6962" w:rsidRPr="00914157" w:rsidSect="00034616"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Open Sans Light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4708844">
    <w:abstractNumId w:val="8"/>
  </w:num>
  <w:num w:numId="2" w16cid:durableId="1462304931">
    <w:abstractNumId w:val="6"/>
  </w:num>
  <w:num w:numId="3" w16cid:durableId="646935326">
    <w:abstractNumId w:val="5"/>
  </w:num>
  <w:num w:numId="4" w16cid:durableId="1835141024">
    <w:abstractNumId w:val="4"/>
  </w:num>
  <w:num w:numId="5" w16cid:durableId="188640093">
    <w:abstractNumId w:val="7"/>
  </w:num>
  <w:num w:numId="6" w16cid:durableId="289557266">
    <w:abstractNumId w:val="3"/>
  </w:num>
  <w:num w:numId="7" w16cid:durableId="1801344465">
    <w:abstractNumId w:val="2"/>
  </w:num>
  <w:num w:numId="8" w16cid:durableId="1871840819">
    <w:abstractNumId w:val="1"/>
  </w:num>
  <w:num w:numId="9" w16cid:durableId="15978621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9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1C7"/>
    <w:rsid w:val="0015074B"/>
    <w:rsid w:val="0029639D"/>
    <w:rsid w:val="00326F90"/>
    <w:rsid w:val="005F6962"/>
    <w:rsid w:val="00914157"/>
    <w:rsid w:val="00AA1D8D"/>
    <w:rsid w:val="00B47730"/>
    <w:rsid w:val="00CB0664"/>
    <w:rsid w:val="00D8263B"/>
    <w:rsid w:val="00E90730"/>
    <w:rsid w:val="00EE54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A5D5B8"/>
  <w14:defaultImageDpi w14:val="300"/>
  <w15:docId w15:val="{9929723D-A755-9F45-B65B-5D7815EB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Open Sans" w:eastAsia="Open Sans" w:hAnsi="Open Sans" w:cs="Open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57"/>
    <w:pPr>
      <w:spacing w:after="40"/>
      <w:outlineLvl w:val="0"/>
    </w:pPr>
    <w:rPr>
      <w:rFonts w:ascii="Open Sans Light" w:hAnsi="Open Sans Light" w:cs="Open Sans Light"/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4157"/>
    <w:pPr>
      <w:spacing w:after="240"/>
      <w:outlineLvl w:val="1"/>
    </w:pPr>
    <w:rPr>
      <w:b/>
      <w:sz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14157"/>
    <w:rPr>
      <w:rFonts w:ascii="Open Sans Light" w:eastAsia="Open Sans" w:hAnsi="Open Sans Light" w:cs="Open Sans Light"/>
      <w:b/>
      <w:bCs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4157"/>
    <w:rPr>
      <w:rFonts w:ascii="Open Sans" w:eastAsia="Open Sans" w:hAnsi="Open Sans" w:cs="Open Sans"/>
      <w:b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Heading1"/>
    <w:next w:val="Normal"/>
    <w:link w:val="TitleChar"/>
    <w:uiPriority w:val="10"/>
    <w:qFormat/>
    <w:rsid w:val="00D8263B"/>
  </w:style>
  <w:style w:type="character" w:customStyle="1" w:styleId="TitleChar">
    <w:name w:val="Title Char"/>
    <w:basedOn w:val="DefaultParagraphFont"/>
    <w:link w:val="Title"/>
    <w:uiPriority w:val="10"/>
    <w:rsid w:val="00D8263B"/>
    <w:rPr>
      <w:rFonts w:ascii="Open Sans Light" w:eastAsia="Open Sans" w:hAnsi="Open Sans Light" w:cs="Open Sans Light"/>
      <w:b/>
      <w:bCs/>
      <w:sz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9141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4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ameson@wdi.gov" TargetMode="External"/><Relationship Id="rId3" Type="http://schemas.openxmlformats.org/officeDocument/2006/relationships/styles" Target="styles.xml"/><Relationship Id="rId7" Type="http://schemas.openxmlformats.org/officeDocument/2006/relationships/hyperlink" Target="mailto:kenneth.smiley@marquette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lly.wilcox@marquette.ed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gelique.brown@marquet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1061</Characters>
  <Application>Microsoft Office Word</Application>
  <DocSecurity>0</DocSecurity>
  <Lines>48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Novak, Mykl</cp:lastModifiedBy>
  <cp:revision>4</cp:revision>
  <dcterms:created xsi:type="dcterms:W3CDTF">2026-07-12T06:53:00Z</dcterms:created>
  <dcterms:modified xsi:type="dcterms:W3CDTF">2026-07-16T23:04:00Z</dcterms:modified>
  <cp:category/>
</cp:coreProperties>
</file>